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E765" w14:textId="5689AB48" w:rsidR="006C2ECF" w:rsidRPr="0071496E" w:rsidRDefault="00FD5DB3" w:rsidP="00FD6784">
      <w:pPr>
        <w:spacing w:after="0"/>
        <w:jc w:val="center"/>
        <w:rPr>
          <w:rFonts w:ascii="Noto Sans KR" w:eastAsia="Noto Sans KR" w:hAnsi="Noto Sans KR"/>
          <w:sz w:val="28"/>
          <w:szCs w:val="28"/>
          <w:lang w:eastAsia="ko-KR"/>
        </w:rPr>
      </w:pPr>
      <w:r>
        <w:rPr>
          <w:rFonts w:ascii="Noto Sans KR" w:eastAsia="Noto Sans KR" w:hAnsi="Noto Sans KR" w:hint="eastAsia"/>
          <w:b/>
          <w:sz w:val="28"/>
          <w:szCs w:val="28"/>
          <w:lang w:eastAsia="ko-KR"/>
        </w:rPr>
        <w:t xml:space="preserve">2027 </w:t>
      </w:r>
      <w:r w:rsidR="00DF7D5A" w:rsidRPr="0071496E">
        <w:rPr>
          <w:rFonts w:ascii="Noto Sans KR" w:eastAsia="Noto Sans KR" w:hAnsi="Noto Sans KR"/>
          <w:b/>
          <w:sz w:val="28"/>
          <w:szCs w:val="28"/>
          <w:lang w:eastAsia="ko-KR"/>
        </w:rPr>
        <w:t xml:space="preserve">DN문화재단 </w:t>
      </w:r>
      <w:r w:rsidR="00704CC5" w:rsidRPr="0071496E">
        <w:rPr>
          <w:rFonts w:ascii="Noto Sans KR" w:eastAsia="Noto Sans KR" w:hAnsi="Noto Sans KR" w:hint="eastAsia"/>
          <w:b/>
          <w:sz w:val="28"/>
          <w:szCs w:val="28"/>
          <w:lang w:eastAsia="ko-KR"/>
        </w:rPr>
        <w:t xml:space="preserve">장학생 </w:t>
      </w:r>
      <w:r w:rsidR="00DF7D5A" w:rsidRPr="0071496E">
        <w:rPr>
          <w:rFonts w:ascii="Noto Sans KR" w:eastAsia="Noto Sans KR" w:hAnsi="Noto Sans KR"/>
          <w:b/>
          <w:sz w:val="28"/>
          <w:szCs w:val="28"/>
          <w:lang w:eastAsia="ko-KR"/>
        </w:rPr>
        <w:t>모집</w:t>
      </w:r>
      <w:r w:rsidR="00FA6941">
        <w:rPr>
          <w:rFonts w:ascii="Noto Sans KR" w:eastAsia="Noto Sans KR" w:hAnsi="Noto Sans KR" w:hint="eastAsia"/>
          <w:b/>
          <w:sz w:val="28"/>
          <w:szCs w:val="28"/>
          <w:lang w:eastAsia="ko-KR"/>
        </w:rPr>
        <w:t xml:space="preserve"> 안내문</w:t>
      </w:r>
    </w:p>
    <w:p w14:paraId="549ADAF1" w14:textId="77777777" w:rsidR="006C2ECF" w:rsidRPr="0071496E" w:rsidRDefault="006C2ECF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66CE809A" w14:textId="0D6CFA6C" w:rsidR="002B3CB5" w:rsidRPr="00587DC0" w:rsidRDefault="002B3CB5" w:rsidP="00044C4D">
      <w:pPr>
        <w:spacing w:after="0"/>
        <w:rPr>
          <w:rFonts w:ascii="Noto Sans KR" w:eastAsia="Noto Sans KR" w:hAnsi="Noto Sans KR"/>
          <w:lang w:eastAsia="ko-KR"/>
        </w:rPr>
      </w:pPr>
      <w:r w:rsidRPr="00FD5DB3">
        <w:rPr>
          <w:rFonts w:ascii="Noto Sans KR" w:eastAsia="Noto Sans KR" w:hAnsi="Noto Sans KR" w:hint="eastAsia"/>
          <w:b/>
          <w:lang w:eastAsia="ko-KR"/>
        </w:rPr>
        <w:t>1</w:t>
      </w:r>
      <w:r w:rsidR="00C47623" w:rsidRPr="00FD5DB3">
        <w:rPr>
          <w:rFonts w:ascii="Noto Sans KR" w:eastAsia="Noto Sans KR" w:hAnsi="Noto Sans KR" w:hint="eastAsia"/>
          <w:b/>
          <w:lang w:eastAsia="ko-KR"/>
        </w:rPr>
        <w:t xml:space="preserve">. </w:t>
      </w:r>
      <w:r w:rsidR="00F20112" w:rsidRPr="00FD5DB3">
        <w:rPr>
          <w:rFonts w:ascii="Noto Sans KR" w:eastAsia="Noto Sans KR" w:hAnsi="Noto Sans KR" w:hint="eastAsia"/>
          <w:b/>
          <w:lang w:eastAsia="ko-KR"/>
        </w:rPr>
        <w:t xml:space="preserve"> </w:t>
      </w:r>
      <w:r w:rsidR="00C47623" w:rsidRPr="00FD5DB3">
        <w:rPr>
          <w:rFonts w:ascii="Noto Sans KR" w:eastAsia="Noto Sans KR" w:hAnsi="Noto Sans KR" w:hint="eastAsia"/>
          <w:b/>
          <w:lang w:eastAsia="ko-KR"/>
        </w:rPr>
        <w:t xml:space="preserve">재단 </w:t>
      </w:r>
      <w:r w:rsidR="00FA09E3" w:rsidRPr="00FD5DB3">
        <w:rPr>
          <w:rFonts w:ascii="Noto Sans KR" w:eastAsia="Noto Sans KR" w:hAnsi="Noto Sans KR" w:hint="eastAsia"/>
          <w:b/>
          <w:lang w:eastAsia="ko-KR"/>
        </w:rPr>
        <w:t>소개</w:t>
      </w:r>
      <w:r w:rsidR="00FA09E3" w:rsidRPr="0071496E">
        <w:rPr>
          <w:rFonts w:ascii="Noto Sans KR" w:eastAsia="Noto Sans KR" w:hAnsi="Noto Sans KR"/>
          <w:b/>
          <w:bCs/>
          <w:lang w:eastAsia="ko-KR"/>
        </w:rPr>
        <w:br/>
      </w:r>
      <w:r w:rsidR="00044C4D" w:rsidRPr="00587DC0">
        <w:rPr>
          <w:rFonts w:ascii="Noto Sans KR" w:eastAsia="Noto Sans KR" w:hAnsi="Noto Sans KR"/>
          <w:lang w:eastAsia="ko-KR"/>
        </w:rPr>
        <w:t>DN</w:t>
      </w:r>
      <w:r w:rsidR="00044C4D" w:rsidRPr="00587DC0">
        <w:rPr>
          <w:rFonts w:ascii="Noto Sans KR" w:eastAsia="Noto Sans KR" w:hAnsi="Noto Sans KR" w:hint="eastAsia"/>
          <w:lang w:eastAsia="ko-KR"/>
        </w:rPr>
        <w:t>문화재단은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자동차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부품</w:t>
      </w:r>
      <w:r w:rsidR="00044C4D" w:rsidRPr="00587DC0">
        <w:rPr>
          <w:rFonts w:ascii="Noto Sans KR" w:eastAsia="Noto Sans KR" w:hAnsi="Noto Sans KR"/>
          <w:lang w:eastAsia="ko-KR"/>
        </w:rPr>
        <w:t xml:space="preserve">, </w:t>
      </w:r>
      <w:r w:rsidR="00044C4D" w:rsidRPr="00587DC0">
        <w:rPr>
          <w:rFonts w:ascii="Noto Sans KR" w:eastAsia="Noto Sans KR" w:hAnsi="Noto Sans KR" w:hint="eastAsia"/>
          <w:lang w:eastAsia="ko-KR"/>
        </w:rPr>
        <w:t>배터리</w:t>
      </w:r>
      <w:r w:rsidR="00044C4D" w:rsidRPr="00587DC0">
        <w:rPr>
          <w:rFonts w:ascii="Noto Sans KR" w:eastAsia="Noto Sans KR" w:hAnsi="Noto Sans KR"/>
          <w:lang w:eastAsia="ko-KR"/>
        </w:rPr>
        <w:t xml:space="preserve">, </w:t>
      </w:r>
      <w:r w:rsidR="00044C4D" w:rsidRPr="00587DC0">
        <w:rPr>
          <w:rFonts w:ascii="Noto Sans KR" w:eastAsia="Noto Sans KR" w:hAnsi="Noto Sans KR" w:hint="eastAsia"/>
          <w:lang w:eastAsia="ko-KR"/>
        </w:rPr>
        <w:t>공작기계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등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대한민국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제조업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전반에서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기술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혁신을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이어가고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있는</w:t>
      </w:r>
      <w:r w:rsidR="00044C4D" w:rsidRPr="00587DC0">
        <w:rPr>
          <w:rFonts w:ascii="Noto Sans KR" w:eastAsia="Noto Sans KR" w:hAnsi="Noto Sans KR"/>
          <w:lang w:eastAsia="ko-KR"/>
        </w:rPr>
        <w:t xml:space="preserve"> DN</w:t>
      </w:r>
      <w:r w:rsidR="00044C4D" w:rsidRPr="00587DC0">
        <w:rPr>
          <w:rFonts w:ascii="Noto Sans KR" w:eastAsia="Noto Sans KR" w:hAnsi="Noto Sans KR" w:hint="eastAsia"/>
          <w:lang w:eastAsia="ko-KR"/>
        </w:rPr>
        <w:t>그룹이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설립한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공익재단입니다</w:t>
      </w:r>
      <w:r w:rsidR="00044C4D" w:rsidRPr="00587DC0">
        <w:rPr>
          <w:rFonts w:ascii="Noto Sans KR" w:eastAsia="Noto Sans KR" w:hAnsi="Noto Sans KR"/>
          <w:lang w:eastAsia="ko-KR"/>
        </w:rPr>
        <w:t>.</w:t>
      </w:r>
      <w:r w:rsidR="00C10E2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044C4D" w:rsidRPr="00587DC0">
        <w:rPr>
          <w:rFonts w:ascii="Noto Sans KR" w:eastAsia="Noto Sans KR" w:hAnsi="Noto Sans KR"/>
          <w:lang w:eastAsia="ko-KR"/>
        </w:rPr>
        <w:t>DN</w:t>
      </w:r>
      <w:r w:rsidR="00044C4D" w:rsidRPr="00587DC0">
        <w:rPr>
          <w:rFonts w:ascii="Noto Sans KR" w:eastAsia="Noto Sans KR" w:hAnsi="Noto Sans KR" w:hint="eastAsia"/>
          <w:lang w:eastAsia="ko-KR"/>
        </w:rPr>
        <w:t>그룹은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대한민국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제조업의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중심에서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산업을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1170D1" w:rsidRPr="00587DC0">
        <w:rPr>
          <w:rFonts w:ascii="Noto Sans KR" w:eastAsia="Noto Sans KR" w:hAnsi="Noto Sans KR" w:hint="eastAsia"/>
          <w:lang w:eastAsia="ko-KR"/>
        </w:rPr>
        <w:t>이</w:t>
      </w:r>
      <w:r w:rsidR="00044C4D" w:rsidRPr="00587DC0">
        <w:rPr>
          <w:rFonts w:ascii="Noto Sans KR" w:eastAsia="Noto Sans KR" w:hAnsi="Noto Sans KR" w:hint="eastAsia"/>
          <w:lang w:eastAsia="ko-KR"/>
        </w:rPr>
        <w:t>끌어간다는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사명감으로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끊임없는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도전과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혁신을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이어가고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있습니다</w:t>
      </w:r>
      <w:r w:rsidR="00044C4D" w:rsidRPr="00587DC0">
        <w:rPr>
          <w:rFonts w:ascii="Noto Sans KR" w:eastAsia="Noto Sans KR" w:hAnsi="Noto Sans KR"/>
          <w:lang w:eastAsia="ko-KR"/>
        </w:rPr>
        <w:t>.</w:t>
      </w:r>
      <w:r w:rsidR="00C10E2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C10E2D" w:rsidRPr="00587DC0">
        <w:rPr>
          <w:rFonts w:ascii="Noto Sans KR" w:eastAsia="Noto Sans KR" w:hAnsi="Noto Sans KR"/>
          <w:lang w:eastAsia="ko-KR"/>
        </w:rPr>
        <w:br/>
      </w:r>
      <w:r w:rsidR="00044C4D" w:rsidRPr="00587DC0">
        <w:rPr>
          <w:rFonts w:ascii="Noto Sans KR" w:eastAsia="Noto Sans KR" w:hAnsi="Noto Sans KR" w:hint="eastAsia"/>
          <w:lang w:eastAsia="ko-KR"/>
        </w:rPr>
        <w:t>이러한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정신을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바탕으로</w:t>
      </w:r>
      <w:r w:rsidR="00044C4D" w:rsidRPr="00587DC0">
        <w:rPr>
          <w:rFonts w:ascii="Noto Sans KR" w:eastAsia="Noto Sans KR" w:hAnsi="Noto Sans KR"/>
          <w:lang w:eastAsia="ko-KR"/>
        </w:rPr>
        <w:t>, DN</w:t>
      </w:r>
      <w:r w:rsidR="00044C4D" w:rsidRPr="00587DC0">
        <w:rPr>
          <w:rFonts w:ascii="Noto Sans KR" w:eastAsia="Noto Sans KR" w:hAnsi="Noto Sans KR" w:hint="eastAsia"/>
          <w:lang w:eastAsia="ko-KR"/>
        </w:rPr>
        <w:t>문화재단은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대한민국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제조업의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미래를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FA6941" w:rsidRPr="00587DC0">
        <w:rPr>
          <w:rFonts w:ascii="Noto Sans KR" w:eastAsia="Noto Sans KR" w:hAnsi="Noto Sans KR" w:hint="eastAsia"/>
          <w:lang w:eastAsia="ko-KR"/>
        </w:rPr>
        <w:t xml:space="preserve">이끌어 갈 </w:t>
      </w:r>
      <w:r w:rsidR="00044C4D" w:rsidRPr="00587DC0">
        <w:rPr>
          <w:rFonts w:ascii="Noto Sans KR" w:eastAsia="Noto Sans KR" w:hAnsi="Noto Sans KR" w:hint="eastAsia"/>
          <w:lang w:eastAsia="ko-KR"/>
        </w:rPr>
        <w:t>인재를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발굴하고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지원함으로써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그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사명을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다음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세대의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성장으로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이어가고자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합니다</w:t>
      </w:r>
      <w:r w:rsidR="00044C4D" w:rsidRPr="00587DC0">
        <w:rPr>
          <w:rFonts w:ascii="Noto Sans KR" w:eastAsia="Noto Sans KR" w:hAnsi="Noto Sans KR"/>
          <w:lang w:eastAsia="ko-KR"/>
        </w:rPr>
        <w:t>.</w:t>
      </w:r>
      <w:r w:rsidR="00044C4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C10E2D" w:rsidRPr="00587DC0">
        <w:rPr>
          <w:rFonts w:ascii="Noto Sans KR" w:eastAsia="Noto Sans KR" w:hAnsi="Noto Sans KR"/>
          <w:lang w:eastAsia="ko-KR"/>
        </w:rPr>
        <w:br/>
      </w:r>
      <w:r w:rsidR="006E270F" w:rsidRPr="00587DC0">
        <w:rPr>
          <w:rFonts w:ascii="Noto Sans KR" w:eastAsia="Noto Sans KR" w:hAnsi="Noto Sans KR" w:hint="eastAsia"/>
          <w:lang w:eastAsia="ko-KR"/>
        </w:rPr>
        <w:t>(</w:t>
      </w:r>
      <w:r w:rsidR="001E3A44" w:rsidRPr="00587DC0">
        <w:rPr>
          <w:rFonts w:ascii="Noto Sans KR" w:eastAsia="Noto Sans KR" w:hAnsi="Noto Sans KR" w:hint="eastAsia"/>
          <w:lang w:eastAsia="ko-KR"/>
        </w:rPr>
        <w:t xml:space="preserve">홈페이지: </w:t>
      </w:r>
      <w:r w:rsidR="001E3A44" w:rsidRPr="00587DC0">
        <w:rPr>
          <w:rFonts w:ascii="Noto Sans KR" w:eastAsia="Noto Sans KR" w:hAnsi="Noto Sans KR"/>
          <w:lang w:eastAsia="ko-KR"/>
        </w:rPr>
        <w:t>https://dncf.or.kr</w:t>
      </w:r>
      <w:r w:rsidR="00664B4E" w:rsidRPr="00587DC0">
        <w:rPr>
          <w:rFonts w:ascii="Noto Sans KR" w:eastAsia="Noto Sans KR" w:hAnsi="Noto Sans KR" w:hint="eastAsia"/>
          <w:lang w:eastAsia="ko-KR"/>
        </w:rPr>
        <w:t>)</w:t>
      </w:r>
    </w:p>
    <w:p w14:paraId="6B5D8449" w14:textId="77777777" w:rsidR="00044C4D" w:rsidRPr="00587DC0" w:rsidRDefault="00044C4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7BC75EE1" w14:textId="77777777" w:rsidR="00054B75" w:rsidRDefault="00E00B8C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lang w:eastAsia="ko-KR"/>
        </w:rPr>
        <w:t>2</w:t>
      </w:r>
      <w:r w:rsidR="00DF7D5A" w:rsidRPr="00587DC0">
        <w:rPr>
          <w:rFonts w:ascii="Noto Sans KR" w:eastAsia="Noto Sans KR" w:hAnsi="Noto Sans KR"/>
          <w:b/>
          <w:lang w:eastAsia="ko-KR"/>
        </w:rPr>
        <w:t xml:space="preserve">. </w:t>
      </w:r>
      <w:r w:rsidR="00220A89" w:rsidRPr="00587DC0">
        <w:rPr>
          <w:rFonts w:ascii="Noto Sans KR" w:eastAsia="Noto Sans KR" w:hAnsi="Noto Sans KR" w:hint="eastAsia"/>
          <w:b/>
          <w:lang w:eastAsia="ko-KR"/>
        </w:rPr>
        <w:t>자격 요건</w:t>
      </w:r>
      <w:r w:rsidR="00220A89" w:rsidRPr="00587DC0">
        <w:rPr>
          <w:rFonts w:ascii="Noto Sans KR" w:eastAsia="Noto Sans KR" w:hAnsi="Noto Sans KR"/>
          <w:b/>
          <w:lang w:eastAsia="ko-KR"/>
        </w:rPr>
        <w:br/>
      </w:r>
      <w:r w:rsidR="007207C0" w:rsidRPr="00587DC0">
        <w:rPr>
          <w:rFonts w:ascii="Noto Sans KR" w:eastAsia="Noto Sans KR" w:hAnsi="Noto Sans KR" w:hint="eastAsia"/>
          <w:lang w:eastAsia="ko-KR"/>
        </w:rPr>
        <w:t>공과대학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학부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재학생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중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생산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제조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분야에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관심있는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학생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전체</w:t>
      </w:r>
      <w:r w:rsidR="007207C0" w:rsidRPr="00587DC0">
        <w:rPr>
          <w:rFonts w:ascii="Noto Sans KR" w:eastAsia="Noto Sans KR" w:hAnsi="Noto Sans KR"/>
          <w:lang w:eastAsia="ko-KR"/>
        </w:rPr>
        <w:t xml:space="preserve"> (1~4</w:t>
      </w:r>
      <w:r w:rsidR="007207C0" w:rsidRPr="00587DC0">
        <w:rPr>
          <w:rFonts w:ascii="Noto Sans KR" w:eastAsia="Noto Sans KR" w:hAnsi="Noto Sans KR" w:hint="eastAsia"/>
          <w:lang w:eastAsia="ko-KR"/>
        </w:rPr>
        <w:t>학년</w:t>
      </w:r>
      <w:r w:rsidR="007207C0" w:rsidRPr="00587DC0">
        <w:rPr>
          <w:rFonts w:ascii="Noto Sans KR" w:eastAsia="Noto Sans KR" w:hAnsi="Noto Sans KR"/>
          <w:lang w:eastAsia="ko-KR"/>
        </w:rPr>
        <w:t>)</w:t>
      </w:r>
    </w:p>
    <w:p w14:paraId="46E0475A" w14:textId="6384CAE8" w:rsidR="00537441" w:rsidRPr="00587DC0" w:rsidRDefault="00054B75" w:rsidP="00054B75">
      <w:pPr>
        <w:spacing w:after="0"/>
        <w:ind w:firstLineChars="100" w:firstLine="22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bCs/>
          <w:lang w:eastAsia="ko-KR"/>
        </w:rPr>
        <w:t>※</w:t>
      </w:r>
      <w:r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직전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학기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평점평균이</w:t>
      </w:r>
      <w:r>
        <w:rPr>
          <w:lang w:eastAsia="ko-KR"/>
        </w:rPr>
        <w:t xml:space="preserve"> 2.00 </w:t>
      </w:r>
      <w:r>
        <w:rPr>
          <w:rFonts w:ascii="맑은 고딕" w:eastAsia="맑은 고딕" w:hAnsi="맑은 고딕" w:cs="맑은 고딕" w:hint="eastAsia"/>
          <w:lang w:eastAsia="ko-KR"/>
        </w:rPr>
        <w:t>미만이거나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취득학점이</w:t>
      </w:r>
      <w:r>
        <w:rPr>
          <w:lang w:eastAsia="ko-KR"/>
        </w:rPr>
        <w:t xml:space="preserve"> 12</w:t>
      </w:r>
      <w:r>
        <w:rPr>
          <w:rFonts w:ascii="맑은 고딕" w:eastAsia="맑은 고딕" w:hAnsi="맑은 고딕" w:cs="맑은 고딕" w:hint="eastAsia"/>
          <w:lang w:eastAsia="ko-KR"/>
        </w:rPr>
        <w:t>학점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미만인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경우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또는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밖에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교내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장학금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지급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규정에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따른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지급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대상에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해당하는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경우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장학금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수혜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불가</w:t>
      </w:r>
      <w:r w:rsidR="00C10E2D" w:rsidRPr="00587DC0">
        <w:rPr>
          <w:rFonts w:ascii="Noto Sans KR" w:eastAsia="Noto Sans KR" w:hAnsi="Noto Sans KR"/>
          <w:lang w:eastAsia="ko-KR"/>
        </w:rPr>
        <w:br/>
      </w:r>
      <w:r w:rsidR="009E0702" w:rsidRPr="00587DC0">
        <w:rPr>
          <w:rFonts w:ascii="Noto Sans KR" w:eastAsia="Noto Sans KR" w:hAnsi="Noto Sans KR" w:hint="eastAsia"/>
          <w:b/>
          <w:bCs/>
          <w:lang w:eastAsia="ko-KR"/>
        </w:rPr>
        <w:t xml:space="preserve">    ※ </w:t>
      </w:r>
      <w:r w:rsidR="00C10E2D" w:rsidRPr="00587DC0">
        <w:rPr>
          <w:rFonts w:ascii="Noto Sans KR" w:eastAsia="Noto Sans KR" w:hAnsi="Noto Sans KR" w:hint="eastAsia"/>
          <w:lang w:eastAsia="ko-KR"/>
        </w:rPr>
        <w:t>단, 석사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및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박사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과정자는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제외</w:t>
      </w:r>
      <w:r w:rsidR="00B67384" w:rsidRPr="00587DC0">
        <w:rPr>
          <w:rFonts w:ascii="Noto Sans KR" w:eastAsia="Noto Sans KR" w:hAnsi="Noto Sans KR"/>
          <w:lang w:eastAsia="ko-KR"/>
        </w:rPr>
        <w:br/>
      </w:r>
      <w:r w:rsidR="00B67384" w:rsidRPr="00587DC0">
        <w:rPr>
          <w:rFonts w:ascii="Noto Sans KR" w:eastAsia="Noto Sans KR" w:hAnsi="Noto Sans KR"/>
          <w:lang w:eastAsia="ko-KR"/>
        </w:rPr>
        <w:br/>
      </w:r>
      <w:r w:rsidR="004F29FB" w:rsidRPr="00587DC0">
        <w:rPr>
          <w:rFonts w:ascii="Noto Sans KR" w:eastAsia="Noto Sans KR" w:hAnsi="Noto Sans KR" w:hint="eastAsia"/>
          <w:b/>
          <w:bCs/>
          <w:lang w:eastAsia="ko-KR"/>
        </w:rPr>
        <w:t>3.</w:t>
      </w:r>
      <w:r w:rsidR="00EF260E" w:rsidRPr="00587DC0">
        <w:rPr>
          <w:rFonts w:ascii="Noto Sans KR" w:eastAsia="Noto Sans KR" w:hAnsi="Noto Sans KR" w:hint="eastAsia"/>
          <w:b/>
          <w:bCs/>
          <w:lang w:eastAsia="ko-KR"/>
        </w:rPr>
        <w:t xml:space="preserve"> 지원 내</w:t>
      </w:r>
      <w:r w:rsidR="00A01B54" w:rsidRPr="00587DC0">
        <w:rPr>
          <w:rFonts w:ascii="Noto Sans KR" w:eastAsia="Noto Sans KR" w:hAnsi="Noto Sans KR" w:hint="eastAsia"/>
          <w:b/>
          <w:bCs/>
          <w:lang w:eastAsia="ko-KR"/>
        </w:rPr>
        <w:t>용</w:t>
      </w:r>
    </w:p>
    <w:tbl>
      <w:tblPr>
        <w:tblStyle w:val="af9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6612"/>
      </w:tblGrid>
      <w:tr w:rsidR="0071496E" w:rsidRPr="00587DC0" w14:paraId="3D260AF3" w14:textId="77777777" w:rsidTr="00DB6784">
        <w:tc>
          <w:tcPr>
            <w:tcW w:w="1843" w:type="dxa"/>
            <w:shd w:val="clear" w:color="auto" w:fill="F2F2F2" w:themeFill="background1" w:themeFillShade="F2"/>
          </w:tcPr>
          <w:p w14:paraId="6DBA41D3" w14:textId="7093DF9E" w:rsidR="00537441" w:rsidRPr="00587DC0" w:rsidRDefault="00A01B54" w:rsidP="00FD6784">
            <w:pPr>
              <w:rPr>
                <w:rFonts w:ascii="Noto Sans KR" w:eastAsia="Noto Sans KR" w:hAnsi="Noto Sans KR"/>
                <w:b/>
                <w:bCs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b/>
                <w:bCs/>
                <w:lang w:eastAsia="ko-KR"/>
              </w:rPr>
              <w:t>항목</w:t>
            </w:r>
          </w:p>
        </w:tc>
        <w:tc>
          <w:tcPr>
            <w:tcW w:w="6612" w:type="dxa"/>
            <w:shd w:val="clear" w:color="auto" w:fill="F2F2F2" w:themeFill="background1" w:themeFillShade="F2"/>
          </w:tcPr>
          <w:p w14:paraId="1D7C1B0A" w14:textId="08742D2B" w:rsidR="00537441" w:rsidRPr="00587DC0" w:rsidRDefault="00760074" w:rsidP="00FD6784">
            <w:pPr>
              <w:rPr>
                <w:rFonts w:ascii="Noto Sans KR" w:eastAsia="Noto Sans KR" w:hAnsi="Noto Sans KR"/>
                <w:b/>
                <w:bCs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b/>
                <w:bCs/>
                <w:lang w:eastAsia="ko-KR"/>
              </w:rPr>
              <w:t>내용</w:t>
            </w:r>
          </w:p>
        </w:tc>
      </w:tr>
      <w:tr w:rsidR="0071496E" w:rsidRPr="00587DC0" w14:paraId="4BD21E26" w14:textId="77777777" w:rsidTr="00DB6784">
        <w:tc>
          <w:tcPr>
            <w:tcW w:w="1843" w:type="dxa"/>
          </w:tcPr>
          <w:p w14:paraId="777EEE95" w14:textId="488D6CC6" w:rsidR="00537441" w:rsidRPr="00587DC0" w:rsidRDefault="00A01B5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>지원 금액</w:t>
            </w:r>
          </w:p>
        </w:tc>
        <w:tc>
          <w:tcPr>
            <w:tcW w:w="6612" w:type="dxa"/>
          </w:tcPr>
          <w:p w14:paraId="5B93AFF5" w14:textId="72093575" w:rsidR="00537441" w:rsidRPr="00587DC0" w:rsidRDefault="00C10E2D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1인당 </w:t>
            </w:r>
            <w:r w:rsidR="00595659" w:rsidRPr="00587DC0">
              <w:rPr>
                <w:rFonts w:ascii="Noto Sans KR" w:eastAsia="Noto Sans KR" w:hAnsi="Noto Sans KR" w:hint="eastAsia"/>
                <w:lang w:eastAsia="ko-KR"/>
              </w:rPr>
              <w:t>4</w:t>
            </w:r>
            <w:r w:rsidR="00B300CC" w:rsidRPr="00587DC0">
              <w:rPr>
                <w:rFonts w:ascii="Noto Sans KR" w:eastAsia="Noto Sans KR" w:hAnsi="Noto Sans KR" w:hint="eastAsia"/>
                <w:lang w:eastAsia="ko-KR"/>
              </w:rPr>
              <w:t>0</w:t>
            </w:r>
            <w:r w:rsidR="00760074" w:rsidRPr="00587DC0">
              <w:rPr>
                <w:rFonts w:ascii="Noto Sans KR" w:eastAsia="Noto Sans KR" w:hAnsi="Noto Sans KR"/>
                <w:lang w:eastAsia="ko-KR"/>
              </w:rPr>
              <w:t xml:space="preserve">0만 </w:t>
            </w:r>
            <w:r w:rsidR="00760074" w:rsidRPr="00587DC0">
              <w:rPr>
                <w:rFonts w:ascii="Noto Sans KR" w:eastAsia="Noto Sans KR" w:hAnsi="Noto Sans KR"/>
                <w:color w:val="000000" w:themeColor="text1"/>
                <w:lang w:eastAsia="ko-KR"/>
              </w:rPr>
              <w:t>원</w:t>
            </w:r>
            <w:r w:rsidR="00C50DAF" w:rsidRPr="00587DC0">
              <w:rPr>
                <w:rFonts w:ascii="Noto Sans KR" w:eastAsia="Noto Sans KR" w:hAnsi="Noto Sans KR" w:hint="eastAsia"/>
                <w:color w:val="000000" w:themeColor="text1"/>
                <w:lang w:eastAsia="ko-KR"/>
              </w:rPr>
              <w:t xml:space="preserve"> </w:t>
            </w:r>
          </w:p>
        </w:tc>
      </w:tr>
      <w:tr w:rsidR="0071496E" w:rsidRPr="00587DC0" w14:paraId="2DA8DF69" w14:textId="77777777" w:rsidTr="00DB6784">
        <w:tc>
          <w:tcPr>
            <w:tcW w:w="1843" w:type="dxa"/>
          </w:tcPr>
          <w:p w14:paraId="56DB70F8" w14:textId="629829F0" w:rsidR="00537441" w:rsidRPr="00587DC0" w:rsidRDefault="00A01B5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>지원 기간</w:t>
            </w:r>
          </w:p>
        </w:tc>
        <w:tc>
          <w:tcPr>
            <w:tcW w:w="6612" w:type="dxa"/>
          </w:tcPr>
          <w:p w14:paraId="3B89B9C7" w14:textId="0EE31879" w:rsidR="00537441" w:rsidRPr="00587DC0" w:rsidRDefault="00C10E2D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/>
                <w:lang w:eastAsia="ko-KR"/>
              </w:rPr>
              <w:t>‘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2</w:t>
            </w:r>
            <w:r w:rsidR="00FD5DB3" w:rsidRPr="00587DC0">
              <w:rPr>
                <w:rFonts w:ascii="Noto Sans KR" w:eastAsia="Noto Sans KR" w:hAnsi="Noto Sans KR" w:hint="eastAsia"/>
                <w:lang w:eastAsia="ko-KR"/>
              </w:rPr>
              <w:t>7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년 </w:t>
            </w:r>
            <w:r w:rsidR="00B300CC" w:rsidRPr="00587DC0">
              <w:rPr>
                <w:rFonts w:ascii="Noto Sans KR" w:eastAsia="Noto Sans KR" w:hAnsi="Noto Sans KR" w:hint="eastAsia"/>
                <w:lang w:eastAsia="ko-KR"/>
              </w:rPr>
              <w:t>3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월 ~ </w:t>
            </w:r>
            <w:r w:rsidRPr="00587DC0">
              <w:rPr>
                <w:rFonts w:ascii="Noto Sans KR" w:eastAsia="Noto Sans KR" w:hAnsi="Noto Sans KR"/>
                <w:lang w:eastAsia="ko-KR"/>
              </w:rPr>
              <w:t>‘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2</w:t>
            </w:r>
            <w:r w:rsidR="00FD5DB3" w:rsidRPr="00587DC0">
              <w:rPr>
                <w:rFonts w:ascii="Noto Sans KR" w:eastAsia="Noto Sans KR" w:hAnsi="Noto Sans KR" w:hint="eastAsia"/>
                <w:lang w:eastAsia="ko-KR"/>
              </w:rPr>
              <w:t>7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년 </w:t>
            </w:r>
            <w:r w:rsidRPr="00587DC0">
              <w:rPr>
                <w:rFonts w:ascii="Noto Sans KR" w:eastAsia="Noto Sans KR" w:hAnsi="Noto Sans KR"/>
                <w:lang w:eastAsia="ko-KR"/>
              </w:rPr>
              <w:t>12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월 (총 1</w:t>
            </w:r>
            <w:r w:rsidR="00B300CC" w:rsidRPr="00587DC0">
              <w:rPr>
                <w:rFonts w:ascii="Noto Sans KR" w:eastAsia="Noto Sans KR" w:hAnsi="Noto Sans KR" w:hint="eastAsia"/>
                <w:lang w:eastAsia="ko-KR"/>
              </w:rPr>
              <w:t>0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개월)</w:t>
            </w:r>
          </w:p>
        </w:tc>
      </w:tr>
      <w:tr w:rsidR="0071496E" w:rsidRPr="00587DC0" w14:paraId="0586FC9B" w14:textId="77777777" w:rsidTr="00DB6784">
        <w:tc>
          <w:tcPr>
            <w:tcW w:w="1843" w:type="dxa"/>
          </w:tcPr>
          <w:p w14:paraId="428F8A00" w14:textId="32583E99" w:rsidR="00537441" w:rsidRPr="00587DC0" w:rsidRDefault="00A01B5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>지급 방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>식</w:t>
            </w:r>
          </w:p>
        </w:tc>
        <w:tc>
          <w:tcPr>
            <w:tcW w:w="6612" w:type="dxa"/>
          </w:tcPr>
          <w:p w14:paraId="17ADE716" w14:textId="26467B86" w:rsidR="00537441" w:rsidRPr="00587DC0" w:rsidRDefault="00DB678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/>
                <w:lang w:eastAsia="ko-KR"/>
              </w:rPr>
              <w:t xml:space="preserve">DN문화재단 → 각 대학 장학팀을 통해 학생에게 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 xml:space="preserve">매달 </w:t>
            </w:r>
            <w:r w:rsidR="00595659" w:rsidRPr="00587DC0">
              <w:rPr>
                <w:rFonts w:ascii="Noto Sans KR" w:eastAsia="Noto Sans KR" w:hAnsi="Noto Sans KR" w:hint="eastAsia"/>
                <w:lang w:eastAsia="ko-KR"/>
              </w:rPr>
              <w:t>4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>0만</w:t>
            </w:r>
            <w:r w:rsidR="00BF6BD3" w:rsidRPr="00587DC0">
              <w:rPr>
                <w:rFonts w:ascii="Noto Sans KR" w:eastAsia="Noto Sans KR" w:hAnsi="Noto Sans KR" w:hint="eastAsia"/>
                <w:lang w:eastAsia="ko-KR"/>
              </w:rPr>
              <w:t xml:space="preserve"> 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>원</w:t>
            </w:r>
            <w:r w:rsidR="00BF6BD3" w:rsidRPr="00587DC0">
              <w:rPr>
                <w:rFonts w:ascii="Noto Sans KR" w:eastAsia="Noto Sans KR" w:hAnsi="Noto Sans KR" w:hint="eastAsia"/>
                <w:lang w:eastAsia="ko-KR"/>
              </w:rPr>
              <w:t>씩</w:t>
            </w:r>
            <w:r w:rsidRPr="00587DC0">
              <w:rPr>
                <w:rFonts w:ascii="Noto Sans KR" w:eastAsia="Noto Sans KR" w:hAnsi="Noto Sans KR"/>
                <w:lang w:eastAsia="ko-KR"/>
              </w:rPr>
              <w:t xml:space="preserve"> 지급</w:t>
            </w:r>
          </w:p>
        </w:tc>
      </w:tr>
    </w:tbl>
    <w:p w14:paraId="400730CB" w14:textId="77777777" w:rsidR="00C10E2D" w:rsidRPr="00587DC0" w:rsidRDefault="00C10E2D" w:rsidP="00C10E2D">
      <w:pPr>
        <w:spacing w:after="0"/>
        <w:ind w:left="220" w:hangingChars="100" w:hanging="220"/>
        <w:rPr>
          <w:rFonts w:ascii="Noto Sans KR" w:eastAsia="Noto Sans KR" w:hAnsi="Noto Sans KR"/>
          <w:b/>
          <w:bCs/>
          <w:lang w:eastAsia="ko-KR"/>
        </w:rPr>
      </w:pPr>
    </w:p>
    <w:p w14:paraId="6C205504" w14:textId="748B94C6" w:rsidR="00547103" w:rsidRPr="00675143" w:rsidRDefault="009D0409" w:rsidP="00547103">
      <w:pPr>
        <w:pStyle w:val="a8"/>
        <w:numPr>
          <w:ilvl w:val="0"/>
          <w:numId w:val="11"/>
        </w:numPr>
        <w:spacing w:after="0"/>
        <w:rPr>
          <w:rFonts w:ascii="Noto Sans KR" w:eastAsia="Noto Sans KR" w:hAnsi="Noto Sans KR"/>
          <w:b/>
          <w:bCs/>
          <w:color w:val="000000" w:themeColor="text1"/>
          <w:lang w:eastAsia="ko-KR"/>
        </w:rPr>
      </w:pPr>
      <w:r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>아래</w:t>
      </w:r>
      <w:r w:rsidR="00DB6784"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 xml:space="preserve"> </w:t>
      </w:r>
      <w:r w:rsidR="00A737BE"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>장학생 결격 사유</w:t>
      </w:r>
      <w:r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 xml:space="preserve"> 해당 시, 장학금의 지급을 중지할 수 있습니다.</w:t>
      </w:r>
      <w:r w:rsidR="00D72560" w:rsidRPr="00587DC0">
        <w:rPr>
          <w:rFonts w:ascii="Noto Sans KR" w:eastAsia="Noto Sans KR" w:hAnsi="Noto Sans KR"/>
          <w:b/>
          <w:bCs/>
          <w:color w:val="000000" w:themeColor="text1"/>
          <w:lang w:eastAsia="ko-KR"/>
        </w:rPr>
        <w:br/>
      </w:r>
      <w:r w:rsidR="00D72560" w:rsidRPr="00587DC0">
        <w:rPr>
          <w:rFonts w:ascii="Noto Sans KR" w:eastAsia="Noto Sans KR" w:hAnsi="Noto Sans KR" w:hint="eastAsia"/>
          <w:color w:val="000000" w:themeColor="text1"/>
          <w:lang w:eastAsia="ko-KR"/>
        </w:rPr>
        <w:t>- 자격요건을 충족하지 않는 경우</w:t>
      </w:r>
      <w:r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(휴학</w:t>
      </w:r>
      <w:r w:rsidR="00E42114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color w:val="000000" w:themeColor="text1"/>
          <w:lang w:eastAsia="ko-KR"/>
        </w:rPr>
        <w:t>등)</w:t>
      </w:r>
      <w:r w:rsidR="00A737BE" w:rsidRPr="00587DC0">
        <w:rPr>
          <w:rFonts w:ascii="Noto Sans KR" w:eastAsia="Noto Sans KR" w:hAnsi="Noto Sans KR"/>
          <w:color w:val="000000" w:themeColor="text1"/>
          <w:lang w:eastAsia="ko-KR"/>
        </w:rPr>
        <w:br/>
      </w:r>
      <w:r w:rsidR="00B60B1C" w:rsidRPr="00587DC0">
        <w:rPr>
          <w:rFonts w:ascii="Noto Sans KR" w:eastAsia="Noto Sans KR" w:hAnsi="Noto Sans KR" w:hint="eastAsia"/>
          <w:color w:val="000000" w:themeColor="text1"/>
          <w:lang w:eastAsia="ko-KR"/>
        </w:rPr>
        <w:t>-</w:t>
      </w:r>
      <w:r w:rsidR="001A08C8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="00416E88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퇴학, </w:t>
      </w:r>
      <w:r w:rsidR="00A90B22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정학 등 학칙에 의한 정계처분을 받은 </w:t>
      </w:r>
      <w:r w:rsidR="00122740" w:rsidRPr="00587DC0">
        <w:rPr>
          <w:rFonts w:ascii="Noto Sans KR" w:eastAsia="Noto Sans KR" w:hAnsi="Noto Sans KR" w:hint="eastAsia"/>
          <w:color w:val="000000" w:themeColor="text1"/>
          <w:lang w:eastAsia="ko-KR"/>
        </w:rPr>
        <w:t>경우</w:t>
      </w:r>
      <w:r w:rsidR="00122740" w:rsidRPr="00587DC0">
        <w:rPr>
          <w:rFonts w:ascii="Noto Sans KR" w:eastAsia="Noto Sans KR" w:hAnsi="Noto Sans KR"/>
          <w:color w:val="000000" w:themeColor="text1"/>
          <w:lang w:eastAsia="ko-KR"/>
        </w:rPr>
        <w:br/>
      </w:r>
      <w:r w:rsidR="00122740" w:rsidRPr="00587DC0">
        <w:rPr>
          <w:rFonts w:ascii="Noto Sans KR" w:eastAsia="Noto Sans KR" w:hAnsi="Noto Sans KR" w:hint="eastAsia"/>
          <w:color w:val="000000" w:themeColor="text1"/>
          <w:lang w:eastAsia="ko-KR"/>
        </w:rPr>
        <w:t>-</w:t>
      </w:r>
      <w:r w:rsidR="001A08C8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="0069436A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재단에서 </w:t>
      </w:r>
      <w:r w:rsidR="00002EC2" w:rsidRPr="00587DC0">
        <w:rPr>
          <w:rFonts w:ascii="Noto Sans KR" w:eastAsia="Noto Sans KR" w:hAnsi="Noto Sans KR" w:hint="eastAsia"/>
          <w:color w:val="000000" w:themeColor="text1"/>
          <w:lang w:eastAsia="ko-KR"/>
        </w:rPr>
        <w:t>주관</w:t>
      </w:r>
      <w:r w:rsidR="00BE736A" w:rsidRPr="00587DC0">
        <w:rPr>
          <w:rFonts w:ascii="Noto Sans KR" w:eastAsia="Noto Sans KR" w:hAnsi="Noto Sans KR" w:hint="eastAsia"/>
          <w:color w:val="000000" w:themeColor="text1"/>
          <w:lang w:eastAsia="ko-KR"/>
        </w:rPr>
        <w:t>하는 공식 행사</w:t>
      </w:r>
      <w:r w:rsidR="00460832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및 프로젝트 </w:t>
      </w:r>
      <w:r w:rsidR="00460832" w:rsidRPr="00587DC0">
        <w:rPr>
          <w:rFonts w:ascii="Noto Sans KR" w:eastAsia="Noto Sans KR" w:hAnsi="Noto Sans KR" w:hint="eastAsia"/>
          <w:color w:val="000000" w:themeColor="text1"/>
          <w:lang w:eastAsia="ko-KR"/>
        </w:rPr>
        <w:t>참여에 불성실한 경우</w:t>
      </w:r>
      <w:r w:rsidR="00460832" w:rsidRPr="00587DC0">
        <w:rPr>
          <w:rFonts w:ascii="Noto Sans KR" w:eastAsia="Noto Sans KR" w:hAnsi="Noto Sans KR"/>
          <w:color w:val="EE0000"/>
          <w:lang w:eastAsia="ko-KR"/>
        </w:rPr>
        <w:br/>
      </w:r>
      <w:r w:rsidR="00460832" w:rsidRPr="00587DC0">
        <w:rPr>
          <w:rFonts w:ascii="Noto Sans KR" w:eastAsia="Noto Sans KR" w:hAnsi="Noto Sans KR" w:hint="eastAsia"/>
          <w:lang w:eastAsia="ko-KR"/>
        </w:rPr>
        <w:lastRenderedPageBreak/>
        <w:t>-</w:t>
      </w:r>
      <w:r w:rsidR="001A08C8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10597E" w:rsidRPr="00587DC0">
        <w:rPr>
          <w:rFonts w:ascii="Noto Sans KR" w:eastAsia="Noto Sans KR" w:hAnsi="Noto Sans KR" w:hint="eastAsia"/>
          <w:lang w:eastAsia="ko-KR"/>
        </w:rPr>
        <w:t>장학사업의 취지 및 학생 본분에 어긋나는 행위를</w:t>
      </w:r>
      <w:r w:rsidR="00656ED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10597E" w:rsidRPr="00587DC0">
        <w:rPr>
          <w:rFonts w:ascii="Noto Sans KR" w:eastAsia="Noto Sans KR" w:hAnsi="Noto Sans KR" w:hint="eastAsia"/>
          <w:lang w:eastAsia="ko-KR"/>
        </w:rPr>
        <w:t xml:space="preserve">한 </w:t>
      </w:r>
      <w:r w:rsidR="00C55EF4" w:rsidRPr="00587DC0">
        <w:rPr>
          <w:rFonts w:ascii="Noto Sans KR" w:eastAsia="Noto Sans KR" w:hAnsi="Noto Sans KR" w:hint="eastAsia"/>
          <w:lang w:eastAsia="ko-KR"/>
        </w:rPr>
        <w:t>경우</w:t>
      </w:r>
      <w:r w:rsidR="00D01515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547103" w:rsidRPr="00587DC0">
        <w:rPr>
          <w:rFonts w:ascii="Noto Sans KR" w:eastAsia="Noto Sans KR" w:hAnsi="Noto Sans KR"/>
          <w:lang w:eastAsia="ko-KR"/>
        </w:rPr>
        <w:br/>
      </w:r>
      <w:r w:rsidR="00547103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- </w:t>
      </w:r>
      <w:r w:rsidR="00547103" w:rsidRPr="00587DC0">
        <w:rPr>
          <w:rFonts w:ascii="Noto Sans KR" w:eastAsia="Noto Sans KR" w:hAnsi="Noto Sans KR"/>
          <w:color w:val="000000" w:themeColor="text1"/>
          <w:lang w:eastAsia="ko-KR"/>
        </w:rPr>
        <w:t>2개 학기(1년) 이상 교환학생으로 파견되어 정상적인 장학생 활동 수행이 불가능한 경우</w:t>
      </w:r>
    </w:p>
    <w:p w14:paraId="058AEA3D" w14:textId="00701025" w:rsidR="00675143" w:rsidRPr="00675143" w:rsidRDefault="00675143" w:rsidP="00675143">
      <w:pPr>
        <w:spacing w:after="0"/>
        <w:ind w:left="220" w:firstLineChars="200" w:firstLine="400"/>
        <w:rPr>
          <w:rFonts w:ascii="Noto Sans KR" w:eastAsia="Noto Sans KR" w:hAnsi="Noto Sans KR" w:hint="eastAsia"/>
          <w:sz w:val="20"/>
          <w:szCs w:val="20"/>
          <w:lang w:eastAsia="ko-KR"/>
        </w:rPr>
      </w:pPr>
      <w:r w:rsidRPr="00675143">
        <w:rPr>
          <w:rFonts w:ascii="Noto Sans KR" w:eastAsia="Noto Sans KR" w:hAnsi="Noto Sans KR"/>
          <w:sz w:val="20"/>
          <w:szCs w:val="20"/>
          <w:lang w:eastAsia="ko-KR"/>
        </w:rPr>
        <w:t>(단, 1개 학기 파견은 원격 참여 조건부로 유지 가능)</w:t>
      </w:r>
    </w:p>
    <w:p w14:paraId="71ADC403" w14:textId="2CE5C387" w:rsidR="00675143" w:rsidRDefault="00675143" w:rsidP="00675143">
      <w:pPr>
        <w:pStyle w:val="a8"/>
        <w:spacing w:after="0"/>
        <w:ind w:left="580"/>
        <w:rPr>
          <w:rFonts w:ascii="Noto Sans KR" w:eastAsia="Noto Sans KR" w:hAnsi="Noto Sans KR"/>
          <w:color w:val="000000" w:themeColor="text1"/>
          <w:lang w:eastAsia="ko-KR"/>
        </w:rPr>
      </w:pPr>
      <w:r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>-</w:t>
      </w:r>
      <w:r w:rsidRPr="00675143">
        <w:rPr>
          <w:rFonts w:ascii="Noto Sans KR" w:eastAsia="Noto Sans KR" w:hAnsi="Noto Sans KR" w:hint="eastAsia"/>
          <w:color w:val="000000" w:themeColor="text1"/>
          <w:lang w:eastAsia="ko-KR"/>
        </w:rPr>
        <w:t>그외 성균관대학교 교내 장학금 지급 제한에 해당하는 자</w:t>
      </w:r>
    </w:p>
    <w:p w14:paraId="4888D4B1" w14:textId="77777777" w:rsidR="00675143" w:rsidRPr="00675143" w:rsidRDefault="00675143" w:rsidP="00675143">
      <w:pPr>
        <w:pStyle w:val="a8"/>
        <w:spacing w:after="0"/>
        <w:ind w:left="580"/>
        <w:rPr>
          <w:rFonts w:ascii="Noto Sans KR" w:eastAsia="Noto Sans KR" w:hAnsi="Noto Sans KR" w:hint="eastAsia"/>
          <w:color w:val="000000" w:themeColor="text1"/>
          <w:lang w:eastAsia="ko-KR"/>
        </w:rPr>
      </w:pPr>
    </w:p>
    <w:p w14:paraId="03A56397" w14:textId="48F34735" w:rsidR="00C10E2D" w:rsidRPr="00587DC0" w:rsidRDefault="00D01515" w:rsidP="004934B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bCs/>
          <w:lang w:eastAsia="ko-KR"/>
        </w:rPr>
        <w:t>4.</w:t>
      </w:r>
      <w:r w:rsidR="002A7138" w:rsidRPr="00587DC0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="003B5176" w:rsidRPr="00587DC0">
        <w:rPr>
          <w:rFonts w:ascii="Noto Sans KR" w:eastAsia="Noto Sans KR" w:hAnsi="Noto Sans KR" w:hint="eastAsia"/>
          <w:b/>
          <w:bCs/>
          <w:lang w:eastAsia="ko-KR"/>
        </w:rPr>
        <w:t xml:space="preserve">주요 활동 및 </w:t>
      </w:r>
      <w:r w:rsidR="00FA6941" w:rsidRPr="00587DC0">
        <w:rPr>
          <w:rFonts w:ascii="Noto Sans KR" w:eastAsia="Noto Sans KR" w:hAnsi="Noto Sans KR" w:hint="eastAsia"/>
          <w:b/>
          <w:bCs/>
          <w:lang w:eastAsia="ko-KR"/>
        </w:rPr>
        <w:t>장학금 지급 유지 조건</w:t>
      </w:r>
    </w:p>
    <w:p w14:paraId="32395D2F" w14:textId="63EAE1DC" w:rsidR="00B800EF" w:rsidRPr="00587DC0" w:rsidRDefault="00547103" w:rsidP="00B800EF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- </w:t>
      </w:r>
      <w:r w:rsidR="001170D1" w:rsidRPr="00587DC0">
        <w:rPr>
          <w:rFonts w:ascii="Noto Sans KR" w:eastAsia="Noto Sans KR" w:hAnsi="Noto Sans KR" w:hint="eastAsia"/>
          <w:lang w:eastAsia="ko-KR"/>
        </w:rPr>
        <w:t>연</w:t>
      </w:r>
      <w:r w:rsidR="00B800EF" w:rsidRPr="00587DC0">
        <w:rPr>
          <w:rFonts w:ascii="Noto Sans KR" w:eastAsia="Noto Sans KR" w:hAnsi="Noto Sans KR"/>
          <w:lang w:eastAsia="ko-KR"/>
        </w:rPr>
        <w:t xml:space="preserve"> 2</w:t>
      </w:r>
      <w:r w:rsidR="00B800EF" w:rsidRPr="00587DC0">
        <w:rPr>
          <w:rFonts w:ascii="Noto Sans KR" w:eastAsia="Noto Sans KR" w:hAnsi="Noto Sans KR" w:hint="eastAsia"/>
          <w:lang w:eastAsia="ko-KR"/>
        </w:rPr>
        <w:t>회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산업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현장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체험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및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참여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활동</w:t>
      </w:r>
    </w:p>
    <w:p w14:paraId="503F5DD6" w14:textId="79C1131C" w:rsidR="00B800EF" w:rsidRPr="00587DC0" w:rsidRDefault="00B800EF" w:rsidP="003D2C00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① </w:t>
      </w:r>
      <w:r w:rsidR="00FD5DB3" w:rsidRPr="00587DC0">
        <w:rPr>
          <w:rFonts w:ascii="Noto Sans KR" w:eastAsia="Noto Sans KR" w:hAnsi="Noto Sans KR"/>
          <w:lang w:eastAsia="ko-KR"/>
        </w:rPr>
        <w:t xml:space="preserve">DIMF 2027 전시회 참관 </w:t>
      </w:r>
      <w:r w:rsidR="00FD5DB3" w:rsidRPr="00587DC0">
        <w:rPr>
          <w:rFonts w:ascii="Noto Sans KR" w:eastAsia="Noto Sans KR" w:hAnsi="Noto Sans KR" w:hint="eastAsia"/>
          <w:lang w:eastAsia="ko-KR"/>
        </w:rPr>
        <w:t>(</w:t>
      </w:r>
      <w:r w:rsidR="00FD5DB3" w:rsidRPr="00587DC0">
        <w:rPr>
          <w:rFonts w:ascii="Noto Sans KR" w:eastAsia="Noto Sans KR" w:hAnsi="Noto Sans KR"/>
          <w:lang w:eastAsia="ko-KR"/>
        </w:rPr>
        <w:t>‘27. 4. 14.(수) ~ 4. 16.(금), 4월 3주차 예정</w:t>
      </w:r>
      <w:r w:rsidR="00BA5073" w:rsidRPr="00587DC0">
        <w:rPr>
          <w:rFonts w:ascii="Noto Sans KR" w:eastAsia="Noto Sans KR" w:hAnsi="Noto Sans KR" w:hint="eastAsia"/>
          <w:lang w:eastAsia="ko-KR"/>
        </w:rPr>
        <w:t xml:space="preserve"> / 부산</w:t>
      </w:r>
      <w:r w:rsidR="00FD5DB3" w:rsidRPr="00587DC0">
        <w:rPr>
          <w:rFonts w:ascii="Noto Sans KR" w:eastAsia="Noto Sans KR" w:hAnsi="Noto Sans KR" w:hint="eastAsia"/>
          <w:lang w:eastAsia="ko-KR"/>
        </w:rPr>
        <w:t>)</w:t>
      </w:r>
    </w:p>
    <w:p w14:paraId="5872A01D" w14:textId="6E25532A" w:rsidR="00B800EF" w:rsidRPr="00587DC0" w:rsidRDefault="00B800EF" w:rsidP="003D2C00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② </w:t>
      </w:r>
      <w:r w:rsidRPr="00587DC0">
        <w:rPr>
          <w:rFonts w:ascii="Noto Sans KR" w:eastAsia="Noto Sans KR" w:hAnsi="Noto Sans KR"/>
          <w:lang w:eastAsia="ko-KR"/>
        </w:rPr>
        <w:t>DN</w:t>
      </w:r>
      <w:r w:rsidRPr="00587DC0">
        <w:rPr>
          <w:rFonts w:ascii="Noto Sans KR" w:eastAsia="Noto Sans KR" w:hAnsi="Noto Sans KR" w:hint="eastAsia"/>
          <w:lang w:eastAsia="ko-KR"/>
        </w:rPr>
        <w:t>그룹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내 창원 본사 공장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방문</w:t>
      </w:r>
      <w:r w:rsidRPr="00587DC0">
        <w:rPr>
          <w:rFonts w:ascii="Noto Sans KR" w:eastAsia="Noto Sans KR" w:hAnsi="Noto Sans KR"/>
          <w:lang w:eastAsia="ko-KR"/>
        </w:rPr>
        <w:t xml:space="preserve"> (‘2</w:t>
      </w:r>
      <w:r w:rsidR="00FD5DB3" w:rsidRPr="00587DC0">
        <w:rPr>
          <w:rFonts w:ascii="Noto Sans KR" w:eastAsia="Noto Sans KR" w:hAnsi="Noto Sans KR" w:hint="eastAsia"/>
          <w:lang w:eastAsia="ko-KR"/>
        </w:rPr>
        <w:t>7</w:t>
      </w:r>
      <w:r w:rsidRPr="00587DC0">
        <w:rPr>
          <w:rFonts w:ascii="Noto Sans KR" w:eastAsia="Noto Sans KR" w:hAnsi="Noto Sans KR" w:hint="eastAsia"/>
          <w:lang w:eastAsia="ko-KR"/>
        </w:rPr>
        <w:t>년</w:t>
      </w:r>
      <w:r w:rsidRPr="00587DC0">
        <w:rPr>
          <w:rFonts w:ascii="Noto Sans KR" w:eastAsia="Noto Sans KR" w:hAnsi="Noto Sans KR"/>
          <w:lang w:eastAsia="ko-KR"/>
        </w:rPr>
        <w:t xml:space="preserve"> 8</w:t>
      </w:r>
      <w:r w:rsidRPr="00587DC0">
        <w:rPr>
          <w:rFonts w:ascii="Noto Sans KR" w:eastAsia="Noto Sans KR" w:hAnsi="Noto Sans KR" w:hint="eastAsia"/>
          <w:lang w:eastAsia="ko-KR"/>
        </w:rPr>
        <w:t>월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말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예정</w:t>
      </w:r>
      <w:r w:rsidRPr="00587DC0">
        <w:rPr>
          <w:rFonts w:ascii="Noto Sans KR" w:eastAsia="Noto Sans KR" w:hAnsi="Noto Sans KR"/>
          <w:lang w:eastAsia="ko-KR"/>
        </w:rPr>
        <w:t>)</w:t>
      </w:r>
    </w:p>
    <w:p w14:paraId="65F5D0F5" w14:textId="6B833ACC" w:rsidR="00AA50DA" w:rsidRPr="00587DC0" w:rsidRDefault="00AA50DA" w:rsidP="003D2C00">
      <w:pPr>
        <w:pStyle w:val="a8"/>
        <w:numPr>
          <w:ilvl w:val="0"/>
          <w:numId w:val="10"/>
        </w:numPr>
        <w:spacing w:after="0"/>
        <w:rPr>
          <w:rFonts w:ascii="Noto Sans KR" w:eastAsia="Noto Sans KR" w:hAnsi="Noto Sans KR" w:cs="굴림"/>
          <w:lang w:eastAsia="ko-KR"/>
        </w:rPr>
      </w:pPr>
      <w:r w:rsidRPr="00587DC0">
        <w:rPr>
          <w:rFonts w:ascii="Noto Sans KR" w:eastAsia="Noto Sans KR" w:hAnsi="Noto Sans KR" w:cs="굴림" w:hint="eastAsia"/>
          <w:lang w:eastAsia="ko-KR"/>
        </w:rPr>
        <w:t>활동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후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감상문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제출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필수</w:t>
      </w:r>
      <w:r w:rsidRPr="00587DC0">
        <w:rPr>
          <w:rFonts w:ascii="Noto Sans KR" w:eastAsia="Noto Sans KR" w:hAnsi="Noto Sans KR" w:cs="굴림"/>
          <w:lang w:eastAsia="ko-KR"/>
        </w:rPr>
        <w:t xml:space="preserve"> (</w:t>
      </w:r>
      <w:r w:rsidRPr="00587DC0">
        <w:rPr>
          <w:rFonts w:ascii="Noto Sans KR" w:eastAsia="Noto Sans KR" w:hAnsi="Noto Sans KR" w:cs="굴림" w:hint="eastAsia"/>
          <w:lang w:eastAsia="ko-KR"/>
        </w:rPr>
        <w:t>연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FD5DB3" w:rsidRPr="00587DC0">
        <w:rPr>
          <w:rFonts w:ascii="Noto Sans KR" w:eastAsia="Noto Sans KR" w:hAnsi="Noto Sans KR" w:cs="굴림" w:hint="eastAsia"/>
          <w:lang w:eastAsia="ko-KR"/>
        </w:rPr>
        <w:t>1</w:t>
      </w:r>
      <w:r w:rsidRPr="00587DC0">
        <w:rPr>
          <w:rFonts w:ascii="Noto Sans KR" w:eastAsia="Noto Sans KR" w:hAnsi="Noto Sans KR" w:cs="굴림" w:hint="eastAsia"/>
          <w:lang w:eastAsia="ko-KR"/>
        </w:rPr>
        <w:t>회</w:t>
      </w:r>
      <w:r w:rsidR="00BA5073" w:rsidRPr="00587DC0">
        <w:rPr>
          <w:rFonts w:ascii="Noto Sans KR" w:eastAsia="Noto Sans KR" w:hAnsi="Noto Sans KR" w:cs="굴림" w:hint="eastAsia"/>
          <w:lang w:eastAsia="ko-KR"/>
        </w:rPr>
        <w:t xml:space="preserve"> /</w:t>
      </w:r>
      <w:r w:rsidR="00E60E25" w:rsidRPr="00587DC0">
        <w:rPr>
          <w:rFonts w:ascii="Noto Sans KR" w:eastAsia="Noto Sans KR" w:hAnsi="Noto Sans KR" w:cs="굴림" w:hint="eastAsia"/>
          <w:lang w:eastAsia="ko-KR"/>
        </w:rPr>
        <w:t xml:space="preserve"> 전시회 방문 후</w:t>
      </w:r>
      <w:r w:rsidRPr="00587DC0">
        <w:rPr>
          <w:rFonts w:ascii="Noto Sans KR" w:eastAsia="Noto Sans KR" w:hAnsi="Noto Sans KR" w:cs="굴림"/>
          <w:lang w:eastAsia="ko-KR"/>
        </w:rPr>
        <w:t>)</w:t>
      </w:r>
    </w:p>
    <w:p w14:paraId="3606B657" w14:textId="77777777" w:rsidR="003D2C00" w:rsidRPr="00587DC0" w:rsidRDefault="006845B4" w:rsidP="003D2C00">
      <w:pPr>
        <w:pStyle w:val="a8"/>
        <w:numPr>
          <w:ilvl w:val="0"/>
          <w:numId w:val="10"/>
        </w:numPr>
        <w:spacing w:after="0"/>
        <w:rPr>
          <w:rFonts w:ascii="Noto Sans KR" w:eastAsia="Noto Sans KR" w:hAnsi="Noto Sans KR" w:cs="굴림"/>
          <w:lang w:eastAsia="ko-KR"/>
        </w:rPr>
      </w:pPr>
      <w:r w:rsidRPr="00587DC0">
        <w:rPr>
          <w:rFonts w:ascii="Noto Sans KR" w:eastAsia="Noto Sans KR" w:hAnsi="Noto Sans KR" w:cs="굴림" w:hint="eastAsia"/>
          <w:lang w:eastAsia="ko-KR"/>
        </w:rPr>
        <w:t xml:space="preserve">상기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활동</w:t>
      </w:r>
      <w:r w:rsidRPr="00587DC0">
        <w:rPr>
          <w:rFonts w:ascii="Noto Sans KR" w:eastAsia="Noto Sans KR" w:hAnsi="Noto Sans KR" w:cs="굴림" w:hint="eastAsia"/>
          <w:lang w:eastAsia="ko-KR"/>
        </w:rPr>
        <w:t xml:space="preserve"> 일정은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내부</w:t>
      </w:r>
      <w:r w:rsidR="00D768FA"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사정에</w:t>
      </w:r>
      <w:r w:rsidR="00D768FA"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따라</w:t>
      </w:r>
      <w:r w:rsidR="00D768FA"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변경</w:t>
      </w:r>
      <w:r w:rsidR="004301A8" w:rsidRPr="00587DC0">
        <w:rPr>
          <w:rFonts w:ascii="Noto Sans KR" w:eastAsia="Noto Sans KR" w:hAnsi="Noto Sans KR" w:cs="굴림" w:hint="eastAsia"/>
          <w:lang w:eastAsia="ko-KR"/>
        </w:rPr>
        <w:t>될 수 있음</w:t>
      </w:r>
    </w:p>
    <w:p w14:paraId="24E8EE85" w14:textId="2016271A" w:rsidR="00001C9E" w:rsidRPr="00587DC0" w:rsidRDefault="000E1231" w:rsidP="000E1231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>③</w:t>
      </w:r>
      <w:r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AA07F4" w:rsidRPr="00587DC0">
        <w:rPr>
          <w:rFonts w:ascii="Noto Sans KR" w:eastAsia="Noto Sans KR" w:hAnsi="Noto Sans KR" w:hint="eastAsia"/>
          <w:lang w:eastAsia="ko-KR"/>
        </w:rPr>
        <w:t>연</w:t>
      </w:r>
      <w:r w:rsidR="00001C9E" w:rsidRPr="00587DC0">
        <w:rPr>
          <w:rFonts w:ascii="Noto Sans KR" w:eastAsia="Noto Sans KR" w:hAnsi="Noto Sans KR" w:hint="eastAsia"/>
          <w:lang w:eastAsia="ko-KR"/>
        </w:rPr>
        <w:t xml:space="preserve"> 1회</w:t>
      </w:r>
      <w:r w:rsidR="003D2C00" w:rsidRPr="00587DC0">
        <w:rPr>
          <w:rFonts w:ascii="Noto Sans KR" w:eastAsia="Noto Sans KR" w:hAnsi="Noto Sans KR" w:hint="eastAsia"/>
          <w:lang w:eastAsia="ko-KR"/>
        </w:rPr>
        <w:t xml:space="preserve"> 팀 단위 프로젝트 수행 및 결과 발표</w:t>
      </w:r>
    </w:p>
    <w:p w14:paraId="644207A4" w14:textId="34D17081" w:rsidR="00001C9E" w:rsidRPr="00587DC0" w:rsidRDefault="00001C9E" w:rsidP="00001C9E">
      <w:pPr>
        <w:pStyle w:val="a8"/>
        <w:numPr>
          <w:ilvl w:val="0"/>
          <w:numId w:val="10"/>
        </w:numPr>
        <w:spacing w:after="0"/>
        <w:rPr>
          <w:rFonts w:ascii="Noto Sans KR" w:eastAsia="Noto Sans KR" w:hAnsi="Noto Sans KR" w:cs="굴림"/>
          <w:lang w:eastAsia="ko-KR"/>
        </w:rPr>
      </w:pPr>
      <w:r w:rsidRPr="00587DC0">
        <w:rPr>
          <w:rFonts w:ascii="Noto Sans KR" w:eastAsia="Noto Sans KR" w:hAnsi="Noto Sans KR" w:cs="굴림" w:hint="eastAsia"/>
          <w:lang w:eastAsia="ko-KR"/>
        </w:rPr>
        <w:t>프로젝트 주제는 장학생 선발 후 별도 안내 예정</w:t>
      </w:r>
    </w:p>
    <w:p w14:paraId="05D8474B" w14:textId="542C1A0F" w:rsidR="00032466" w:rsidRPr="00587DC0" w:rsidRDefault="00032466" w:rsidP="00001C9E">
      <w:pPr>
        <w:spacing w:after="0"/>
        <w:ind w:firstLineChars="64" w:firstLine="141"/>
        <w:rPr>
          <w:rFonts w:ascii="Noto Sans KR" w:eastAsia="Noto Sans KR" w:hAnsi="Noto Sans KR"/>
          <w:b/>
          <w:lang w:eastAsia="ko-KR"/>
        </w:rPr>
      </w:pPr>
    </w:p>
    <w:p w14:paraId="0BC3323B" w14:textId="1C2A0C0F" w:rsidR="006C2ECF" w:rsidRPr="00587DC0" w:rsidRDefault="00F1189E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lang w:eastAsia="ko-KR"/>
        </w:rPr>
        <w:t>5</w:t>
      </w:r>
      <w:r w:rsidR="00DF7D5A" w:rsidRPr="00587DC0">
        <w:rPr>
          <w:rFonts w:ascii="Noto Sans KR" w:eastAsia="Noto Sans KR" w:hAnsi="Noto Sans KR"/>
          <w:b/>
          <w:lang w:eastAsia="ko-KR"/>
        </w:rPr>
        <w:t>. 지원</w:t>
      </w:r>
      <w:r w:rsidR="00084EDC" w:rsidRPr="00587DC0">
        <w:rPr>
          <w:rFonts w:ascii="Noto Sans KR" w:eastAsia="Noto Sans KR" w:hAnsi="Noto Sans KR" w:hint="eastAsia"/>
          <w:b/>
          <w:lang w:eastAsia="ko-KR"/>
        </w:rPr>
        <w:t xml:space="preserve"> </w:t>
      </w:r>
      <w:r w:rsidR="001752FC" w:rsidRPr="00587DC0">
        <w:rPr>
          <w:rFonts w:ascii="Noto Sans KR" w:eastAsia="Noto Sans KR" w:hAnsi="Noto Sans KR" w:hint="eastAsia"/>
          <w:b/>
          <w:lang w:eastAsia="ko-KR"/>
        </w:rPr>
        <w:t>방법</w:t>
      </w:r>
    </w:p>
    <w:p w14:paraId="5A6AC551" w14:textId="1A755FD5" w:rsidR="006C2ECF" w:rsidRPr="00587DC0" w:rsidRDefault="00547103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- </w:t>
      </w:r>
      <w:r w:rsidR="00DF7D5A" w:rsidRPr="00587DC0">
        <w:rPr>
          <w:rFonts w:ascii="Noto Sans KR" w:eastAsia="Noto Sans KR" w:hAnsi="Noto Sans KR"/>
          <w:lang w:eastAsia="ko-KR"/>
        </w:rPr>
        <w:t>제출 서류:</w:t>
      </w:r>
      <w:r w:rsidR="009544EE" w:rsidRPr="00587DC0">
        <w:rPr>
          <w:rFonts w:ascii="Noto Sans KR" w:eastAsia="Noto Sans KR" w:hAnsi="Noto Sans KR" w:hint="eastAsia"/>
          <w:lang w:eastAsia="ko-KR"/>
        </w:rPr>
        <w:t xml:space="preserve"> </w:t>
      </w:r>
    </w:p>
    <w:p w14:paraId="784032DE" w14:textId="6C62AC59" w:rsidR="006C2ECF" w:rsidRPr="00587DC0" w:rsidRDefault="00DF7D5A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  ① 장학</w:t>
      </w:r>
      <w:r w:rsidR="0050205A" w:rsidRPr="00587DC0">
        <w:rPr>
          <w:rFonts w:ascii="Noto Sans KR" w:eastAsia="Noto Sans KR" w:hAnsi="Noto Sans KR" w:hint="eastAsia"/>
          <w:lang w:eastAsia="ko-KR"/>
        </w:rPr>
        <w:t xml:space="preserve">생 지원 </w:t>
      </w:r>
      <w:r w:rsidR="005D2496" w:rsidRPr="00587DC0">
        <w:rPr>
          <w:rFonts w:ascii="Noto Sans KR" w:eastAsia="Noto Sans KR" w:hAnsi="Noto Sans KR" w:hint="eastAsia"/>
          <w:lang w:eastAsia="ko-KR"/>
        </w:rPr>
        <w:t>신청서</w:t>
      </w:r>
      <w:r w:rsidRPr="00587DC0">
        <w:rPr>
          <w:rFonts w:ascii="Noto Sans KR" w:eastAsia="Noto Sans KR" w:hAnsi="Noto Sans KR"/>
          <w:lang w:eastAsia="ko-KR"/>
        </w:rPr>
        <w:t>(별첨 양식)</w:t>
      </w:r>
      <w:r w:rsidR="00637AA3" w:rsidRPr="00587DC0">
        <w:rPr>
          <w:rFonts w:ascii="Noto Sans KR" w:eastAsia="Noto Sans KR" w:hAnsi="Noto Sans KR"/>
          <w:lang w:eastAsia="ko-KR"/>
        </w:rPr>
        <w:br/>
      </w:r>
      <w:r w:rsidR="002B29AB" w:rsidRPr="00587DC0">
        <w:rPr>
          <w:rFonts w:ascii="Noto Sans KR" w:eastAsia="Noto Sans KR" w:hAnsi="Noto Sans KR" w:hint="eastAsia"/>
          <w:lang w:eastAsia="ko-KR"/>
        </w:rPr>
        <w:t xml:space="preserve">  </w:t>
      </w:r>
      <w:r w:rsidR="00283559" w:rsidRPr="00587DC0">
        <w:rPr>
          <w:rFonts w:ascii="Noto Sans KR" w:eastAsia="Noto Sans KR" w:hAnsi="Noto Sans KR" w:hint="eastAsia"/>
          <w:lang w:eastAsia="ko-KR"/>
        </w:rPr>
        <w:t xml:space="preserve">② </w:t>
      </w:r>
      <w:r w:rsidR="000F6172" w:rsidRPr="00587DC0">
        <w:rPr>
          <w:rFonts w:ascii="Noto Sans KR" w:eastAsia="Noto Sans KR" w:hAnsi="Noto Sans KR" w:hint="eastAsia"/>
          <w:lang w:eastAsia="ko-KR"/>
        </w:rPr>
        <w:t>개인정보 수집이용 동의서(</w:t>
      </w:r>
      <w:r w:rsidR="005E51D8" w:rsidRPr="00587DC0">
        <w:rPr>
          <w:rFonts w:ascii="Noto Sans KR" w:eastAsia="Noto Sans KR" w:hAnsi="Noto Sans KR" w:hint="eastAsia"/>
          <w:lang w:eastAsia="ko-KR"/>
        </w:rPr>
        <w:t xml:space="preserve">지원서 </w:t>
      </w:r>
      <w:r w:rsidR="005E376C" w:rsidRPr="00587DC0">
        <w:rPr>
          <w:rFonts w:ascii="Noto Sans KR" w:eastAsia="Noto Sans KR" w:hAnsi="Noto Sans KR" w:hint="eastAsia"/>
          <w:lang w:eastAsia="ko-KR"/>
        </w:rPr>
        <w:t xml:space="preserve">내 </w:t>
      </w:r>
      <w:r w:rsidR="006F0A87" w:rsidRPr="00587DC0">
        <w:rPr>
          <w:rFonts w:ascii="Noto Sans KR" w:eastAsia="Noto Sans KR" w:hAnsi="Noto Sans KR" w:hint="eastAsia"/>
          <w:lang w:eastAsia="ko-KR"/>
        </w:rPr>
        <w:t>별첨)</w:t>
      </w:r>
    </w:p>
    <w:p w14:paraId="51EC688E" w14:textId="40CD192C" w:rsidR="006C2ECF" w:rsidRPr="00587DC0" w:rsidRDefault="00DF7D5A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  ③ 성적증명서 1부(</w:t>
      </w:r>
      <w:r w:rsidR="007732CA" w:rsidRPr="00587DC0">
        <w:rPr>
          <w:rFonts w:ascii="Noto Sans KR" w:eastAsia="Noto Sans KR" w:hAnsi="Noto Sans KR"/>
          <w:lang w:eastAsia="ko-KR"/>
        </w:rPr>
        <w:t>’</w:t>
      </w:r>
      <w:r w:rsidR="007732CA" w:rsidRPr="00587DC0">
        <w:rPr>
          <w:rFonts w:ascii="Noto Sans KR" w:eastAsia="Noto Sans KR" w:hAnsi="Noto Sans KR" w:hint="eastAsia"/>
          <w:lang w:eastAsia="ko-KR"/>
        </w:rPr>
        <w:t>2</w:t>
      </w:r>
      <w:r w:rsidR="00FD5DB3" w:rsidRPr="00587DC0">
        <w:rPr>
          <w:rFonts w:ascii="Noto Sans KR" w:eastAsia="Noto Sans KR" w:hAnsi="Noto Sans KR" w:hint="eastAsia"/>
          <w:lang w:eastAsia="ko-KR"/>
        </w:rPr>
        <w:t>6</w:t>
      </w:r>
      <w:r w:rsidR="007732CA" w:rsidRPr="00587DC0">
        <w:rPr>
          <w:rFonts w:ascii="Noto Sans KR" w:eastAsia="Noto Sans KR" w:hAnsi="Noto Sans KR" w:hint="eastAsia"/>
          <w:lang w:eastAsia="ko-KR"/>
        </w:rPr>
        <w:t>년 1학기</w:t>
      </w:r>
      <w:r w:rsidRPr="00587DC0">
        <w:rPr>
          <w:rFonts w:ascii="Noto Sans KR" w:eastAsia="Noto Sans KR" w:hAnsi="Noto Sans KR"/>
          <w:lang w:eastAsia="ko-KR"/>
        </w:rPr>
        <w:t xml:space="preserve"> 기준)</w:t>
      </w:r>
    </w:p>
    <w:p w14:paraId="7573FDCD" w14:textId="1F47FFB4" w:rsidR="006C2ECF" w:rsidRPr="00587DC0" w:rsidRDefault="00DF7D5A" w:rsidP="00547103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>④ 재학증명서 1부</w:t>
      </w:r>
    </w:p>
    <w:p w14:paraId="7DDCA917" w14:textId="73D36370" w:rsidR="006C2ECF" w:rsidRPr="00547103" w:rsidRDefault="00547103" w:rsidP="00547103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cs="맑은 고딕" w:hint="eastAsia"/>
          <w:lang w:eastAsia="ko-KR"/>
        </w:rPr>
        <w:t xml:space="preserve">- </w:t>
      </w:r>
      <w:r w:rsidR="00DF7D5A" w:rsidRPr="00587DC0">
        <w:rPr>
          <w:rFonts w:ascii="Noto Sans KR" w:eastAsia="Noto Sans KR" w:hAnsi="Noto Sans KR" w:cs="맑은 고딕" w:hint="eastAsia"/>
          <w:lang w:eastAsia="ko-KR"/>
        </w:rPr>
        <w:t>제출</w:t>
      </w:r>
      <w:r w:rsidR="00DF7D5A" w:rsidRPr="00587DC0">
        <w:rPr>
          <w:rFonts w:ascii="Noto Sans KR" w:eastAsia="Noto Sans KR" w:hAnsi="Noto Sans KR"/>
          <w:lang w:eastAsia="ko-KR"/>
        </w:rPr>
        <w:t xml:space="preserve"> 방법: </w:t>
      </w:r>
      <w:r w:rsidR="00054B75">
        <w:rPr>
          <w:rFonts w:ascii="Noto Sans KR" w:eastAsia="Noto Sans KR" w:hAnsi="Noto Sans KR" w:hint="eastAsia"/>
          <w:lang w:eastAsia="ko-KR"/>
        </w:rPr>
        <w:t>각 학부(과)</w:t>
      </w:r>
      <w:r w:rsidR="00054B75">
        <w:rPr>
          <w:rFonts w:ascii="Noto Sans KR" w:eastAsia="Noto Sans KR" w:hAnsi="Noto Sans KR"/>
          <w:lang w:eastAsia="ko-KR"/>
        </w:rPr>
        <w:t xml:space="preserve"> </w:t>
      </w:r>
      <w:r w:rsidR="00054B75">
        <w:rPr>
          <w:rFonts w:ascii="Noto Sans KR" w:eastAsia="Noto Sans KR" w:hAnsi="Noto Sans KR" w:hint="eastAsia"/>
          <w:lang w:eastAsia="ko-KR"/>
        </w:rPr>
        <w:t>사무실 안내에 따름</w:t>
      </w:r>
    </w:p>
    <w:p w14:paraId="154FCEDE" w14:textId="492A0691" w:rsidR="006C2ECF" w:rsidRPr="00547103" w:rsidRDefault="00547103" w:rsidP="00FD6784">
      <w:pPr>
        <w:spacing w:after="0"/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</w:pPr>
      <w:r>
        <w:rPr>
          <w:rFonts w:ascii="Noto Sans KR" w:eastAsia="Noto Sans KR" w:hAnsi="Noto Sans KR" w:hint="eastAsia"/>
          <w:color w:val="000000" w:themeColor="text1"/>
          <w:lang w:eastAsia="ko-KR"/>
        </w:rPr>
        <w:t xml:space="preserve">- </w:t>
      </w:r>
      <w:r w:rsidR="00DF7D5A" w:rsidRPr="00547103">
        <w:rPr>
          <w:rFonts w:ascii="Noto Sans KR" w:eastAsia="Noto Sans KR" w:hAnsi="Noto Sans KR"/>
          <w:color w:val="000000" w:themeColor="text1"/>
          <w:lang w:eastAsia="ko-KR"/>
        </w:rPr>
        <w:t xml:space="preserve">접수 기한: 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202</w:t>
      </w:r>
      <w:r w:rsidR="00FD5DB3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6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년 1</w:t>
      </w:r>
      <w:r w:rsidR="00E60E25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1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 xml:space="preserve">월 </w:t>
      </w:r>
      <w:r w:rsidR="00E60E25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6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일(</w:t>
      </w:r>
      <w:r w:rsidR="00FD5DB3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금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)까지</w:t>
      </w:r>
    </w:p>
    <w:p w14:paraId="0AA5B747" w14:textId="77777777" w:rsidR="00032466" w:rsidRPr="0071496E" w:rsidRDefault="00032466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31642C93" w14:textId="44E51AB3" w:rsidR="00032466" w:rsidRPr="0071496E" w:rsidRDefault="00F1189E" w:rsidP="00FD6784">
      <w:pPr>
        <w:spacing w:after="0"/>
        <w:rPr>
          <w:rFonts w:ascii="Noto Sans KR" w:eastAsia="Noto Sans KR" w:hAnsi="Noto Sans KR"/>
          <w:b/>
          <w:lang w:eastAsia="ko-KR"/>
        </w:rPr>
      </w:pPr>
      <w:r w:rsidRPr="0071496E">
        <w:rPr>
          <w:rFonts w:ascii="Noto Sans KR" w:eastAsia="Noto Sans KR" w:hAnsi="Noto Sans KR" w:hint="eastAsia"/>
          <w:b/>
          <w:lang w:eastAsia="ko-KR"/>
        </w:rPr>
        <w:t>6</w:t>
      </w:r>
      <w:r w:rsidR="00DF7D5A" w:rsidRPr="0071496E">
        <w:rPr>
          <w:rFonts w:ascii="Noto Sans KR" w:eastAsia="Noto Sans KR" w:hAnsi="Noto Sans KR"/>
          <w:b/>
          <w:lang w:eastAsia="ko-KR"/>
        </w:rPr>
        <w:t>. 선발 절차</w:t>
      </w:r>
    </w:p>
    <w:p w14:paraId="6FB33BC3" w14:textId="457618B3" w:rsidR="006C2ECF" w:rsidRPr="0071496E" w:rsidRDefault="00DF7D5A" w:rsidP="000E1231">
      <w:pPr>
        <w:spacing w:after="0"/>
        <w:rPr>
          <w:rFonts w:ascii="Noto Sans KR" w:eastAsia="Noto Sans KR" w:hAnsi="Noto Sans KR"/>
          <w:lang w:eastAsia="ko-KR"/>
        </w:rPr>
      </w:pPr>
      <w:r w:rsidRPr="0071496E">
        <w:rPr>
          <w:rFonts w:ascii="Noto Sans KR" w:eastAsia="Noto Sans KR" w:hAnsi="Noto Sans KR"/>
          <w:lang w:eastAsia="ko-KR"/>
        </w:rPr>
        <w:t xml:space="preserve">① 서류 검토 후 </w:t>
      </w:r>
      <w:r w:rsidR="00054B75">
        <w:rPr>
          <w:rFonts w:ascii="Noto Sans KR" w:eastAsia="Noto Sans KR" w:hAnsi="Noto Sans KR"/>
          <w:lang w:eastAsia="ko-KR"/>
        </w:rPr>
        <w:t>DN</w:t>
      </w:r>
      <w:r w:rsidR="00054B75">
        <w:rPr>
          <w:rFonts w:ascii="Noto Sans KR" w:eastAsia="Noto Sans KR" w:hAnsi="Noto Sans KR" w:hint="eastAsia"/>
          <w:lang w:eastAsia="ko-KR"/>
        </w:rPr>
        <w:t xml:space="preserve">문화재단으로 </w:t>
      </w:r>
      <w:r w:rsidR="00547103">
        <w:rPr>
          <w:rFonts w:ascii="Noto Sans KR" w:eastAsia="Noto Sans KR" w:hAnsi="Noto Sans KR" w:hint="eastAsia"/>
          <w:lang w:eastAsia="ko-KR"/>
        </w:rPr>
        <w:t xml:space="preserve">장학생 </w:t>
      </w:r>
      <w:r w:rsidRPr="0071496E">
        <w:rPr>
          <w:rFonts w:ascii="Noto Sans KR" w:eastAsia="Noto Sans KR" w:hAnsi="Noto Sans KR"/>
          <w:lang w:eastAsia="ko-KR"/>
        </w:rPr>
        <w:t>후보자 추천</w:t>
      </w:r>
    </w:p>
    <w:p w14:paraId="53117C8D" w14:textId="02A67C4C" w:rsidR="00032466" w:rsidRDefault="00DF7D5A" w:rsidP="000E1231">
      <w:pPr>
        <w:spacing w:after="0"/>
        <w:rPr>
          <w:rFonts w:ascii="Noto Sans KR" w:eastAsia="Noto Sans KR" w:hAnsi="Noto Sans KR"/>
          <w:lang w:eastAsia="ko-KR"/>
        </w:rPr>
      </w:pPr>
      <w:r w:rsidRPr="0071496E">
        <w:rPr>
          <w:rFonts w:ascii="Noto Sans KR" w:eastAsia="Noto Sans KR" w:hAnsi="Noto Sans KR"/>
          <w:lang w:eastAsia="ko-KR"/>
        </w:rPr>
        <w:t>② DN</w:t>
      </w:r>
      <w:r w:rsidR="00C10E2D" w:rsidRPr="0071496E">
        <w:rPr>
          <w:rFonts w:ascii="Noto Sans KR" w:eastAsia="Noto Sans KR" w:hAnsi="Noto Sans KR" w:hint="eastAsia"/>
          <w:lang w:eastAsia="ko-KR"/>
        </w:rPr>
        <w:t>문화재단</w:t>
      </w:r>
      <w:r w:rsidRPr="0071496E">
        <w:rPr>
          <w:rFonts w:ascii="Noto Sans KR" w:eastAsia="Noto Sans KR" w:hAnsi="Noto Sans KR"/>
          <w:lang w:eastAsia="ko-KR"/>
        </w:rPr>
        <w:t xml:space="preserve">에서 서류 검토 및 장학생 </w:t>
      </w:r>
      <w:r w:rsidR="00FA6941">
        <w:rPr>
          <w:rFonts w:ascii="Noto Sans KR" w:eastAsia="Noto Sans KR" w:hAnsi="Noto Sans KR" w:hint="eastAsia"/>
          <w:lang w:eastAsia="ko-KR"/>
        </w:rPr>
        <w:t>선정</w:t>
      </w:r>
      <w:r w:rsidR="001170D1">
        <w:rPr>
          <w:rFonts w:ascii="Noto Sans KR" w:eastAsia="Noto Sans KR" w:hAnsi="Noto Sans KR" w:hint="eastAsia"/>
          <w:lang w:eastAsia="ko-KR"/>
        </w:rPr>
        <w:t xml:space="preserve">. </w:t>
      </w:r>
      <w:r w:rsidR="00FD5DB3">
        <w:rPr>
          <w:rFonts w:ascii="Noto Sans KR" w:eastAsia="Noto Sans KR" w:hAnsi="Noto Sans KR" w:hint="eastAsia"/>
          <w:lang w:eastAsia="ko-KR"/>
        </w:rPr>
        <w:t xml:space="preserve">   </w:t>
      </w:r>
      <w:r w:rsidR="00152C2B" w:rsidRPr="0071496E">
        <w:rPr>
          <w:rFonts w:ascii="Noto Sans KR" w:eastAsia="Noto Sans KR" w:hAnsi="Noto Sans KR" w:hint="eastAsia"/>
          <w:lang w:eastAsia="ko-KR"/>
        </w:rPr>
        <w:t>끝.</w:t>
      </w:r>
    </w:p>
    <w:p w14:paraId="7B89D0FA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3D65B2FA" w14:textId="3990639B" w:rsidR="000F31ED" w:rsidRPr="00E42131" w:rsidRDefault="000F31ED" w:rsidP="00E42131">
      <w:pPr>
        <w:spacing w:after="0"/>
        <w:ind w:firstLineChars="800" w:firstLine="2240"/>
        <w:rPr>
          <w:rFonts w:ascii="Noto Sans KR" w:eastAsia="Noto Sans KR" w:hAnsi="Noto Sans KR"/>
          <w:b/>
          <w:bCs/>
          <w:sz w:val="28"/>
          <w:szCs w:val="28"/>
          <w:lang w:eastAsia="ko-KR"/>
        </w:rPr>
      </w:pPr>
      <w:r w:rsidRPr="00E42131">
        <w:rPr>
          <w:rFonts w:ascii="Noto Sans KR" w:eastAsia="Noto Sans KR" w:hAnsi="Noto Sans KR" w:hint="eastAsia"/>
          <w:b/>
          <w:bCs/>
          <w:sz w:val="28"/>
          <w:szCs w:val="28"/>
          <w:lang w:eastAsia="ko-KR"/>
        </w:rPr>
        <w:lastRenderedPageBreak/>
        <w:t>[DN문화재단 장학생 선발 FAQ]</w:t>
      </w:r>
    </w:p>
    <w:p w14:paraId="2829B558" w14:textId="77777777" w:rsidR="00FE42B6" w:rsidRDefault="00FE42B6" w:rsidP="000F31ED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1FFAEC4F" w14:textId="6D3F68C1" w:rsidR="000F31ED" w:rsidRDefault="000F31ED" w:rsidP="000F31ED">
      <w:pPr>
        <w:spacing w:after="0"/>
        <w:rPr>
          <w:rFonts w:ascii="Noto Sans KR" w:eastAsia="Noto Sans KR" w:hAnsi="Noto Sans KR"/>
          <w:b/>
          <w:bCs/>
          <w:lang w:eastAsia="ko-KR"/>
        </w:rPr>
      </w:pPr>
      <w:r w:rsidRPr="000F31ED">
        <w:rPr>
          <w:rFonts w:ascii="Noto Sans KR" w:eastAsia="Noto Sans KR" w:hAnsi="Noto Sans KR" w:cs="맑은 고딕" w:hint="eastAsia"/>
          <w:b/>
          <w:bCs/>
          <w:lang w:eastAsia="ko-KR"/>
        </w:rPr>
        <w:t>1.</w:t>
      </w:r>
      <w:r>
        <w:rPr>
          <w:rFonts w:ascii="Noto Sans KR" w:eastAsia="Noto Sans KR" w:hAnsi="Noto Sans KR" w:cs="맑은 고딕" w:hint="eastAsia"/>
          <w:b/>
          <w:bCs/>
          <w:lang w:eastAsia="ko-KR"/>
        </w:rPr>
        <w:t xml:space="preserve"> </w:t>
      </w:r>
      <w:r w:rsidRPr="000F31ED">
        <w:rPr>
          <w:rFonts w:ascii="Noto Sans KR" w:eastAsia="Noto Sans KR" w:hAnsi="Noto Sans KR" w:cs="맑은 고딕" w:hint="eastAsia"/>
          <w:b/>
          <w:bCs/>
          <w:lang w:eastAsia="ko-KR"/>
        </w:rPr>
        <w:t>지</w:t>
      </w:r>
      <w:r w:rsidRPr="000F31ED">
        <w:rPr>
          <w:rFonts w:ascii="Noto Sans KR" w:eastAsia="Noto Sans KR" w:hAnsi="Noto Sans KR" w:hint="eastAsia"/>
          <w:b/>
          <w:bCs/>
          <w:lang w:eastAsia="ko-KR"/>
        </w:rPr>
        <w:t>원신청</w:t>
      </w:r>
      <w:r w:rsidR="00EF72E9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="008E7D78">
        <w:rPr>
          <w:rFonts w:ascii="Noto Sans KR" w:eastAsia="Noto Sans KR" w:hAnsi="Noto Sans KR" w:hint="eastAsia"/>
          <w:b/>
          <w:bCs/>
          <w:lang w:eastAsia="ko-KR"/>
        </w:rPr>
        <w:t>및</w:t>
      </w:r>
      <w:r w:rsidR="00EF72E9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="00E42131">
        <w:rPr>
          <w:rFonts w:ascii="Noto Sans KR" w:eastAsia="Noto Sans KR" w:hAnsi="Noto Sans KR" w:hint="eastAsia"/>
          <w:b/>
          <w:bCs/>
          <w:lang w:eastAsia="ko-KR"/>
        </w:rPr>
        <w:t>선발</w:t>
      </w:r>
    </w:p>
    <w:p w14:paraId="6D8C3342" w14:textId="77777777" w:rsidR="00E42131" w:rsidRPr="000F31ED" w:rsidRDefault="00E42131" w:rsidP="000F31ED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10ED552D" w14:textId="556A802C" w:rsidR="000F31ED" w:rsidRPr="00417838" w:rsidRDefault="000F31ED" w:rsidP="00E42131">
      <w:pPr>
        <w:spacing w:after="0"/>
        <w:rPr>
          <w:rFonts w:ascii="Noto Sans KR" w:eastAsia="Noto Sans KR" w:hAnsi="Noto Sans KR"/>
          <w:color w:val="000000" w:themeColor="text1"/>
          <w:lang w:eastAsia="ko-KR"/>
        </w:rPr>
      </w:pPr>
      <w:r w:rsidRPr="00417838">
        <w:rPr>
          <w:rFonts w:ascii="Noto Sans KR" w:eastAsia="Noto Sans KR" w:hAnsi="Noto Sans KR" w:hint="eastAsia"/>
          <w:color w:val="000000" w:themeColor="text1"/>
          <w:lang w:eastAsia="ko-KR"/>
        </w:rPr>
        <w:t xml:space="preserve">Q :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타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기관에서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장학금을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받고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있어도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지원이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가능한가요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>?</w:t>
      </w:r>
    </w:p>
    <w:p w14:paraId="487B5251" w14:textId="454B35F9" w:rsidR="000F31ED" w:rsidRPr="00417838" w:rsidRDefault="000F31ED" w:rsidP="00E42131">
      <w:pPr>
        <w:spacing w:after="0"/>
        <w:rPr>
          <w:rFonts w:ascii="Noto Sans KR" w:eastAsia="Noto Sans KR" w:hAnsi="Noto Sans KR"/>
          <w:i/>
          <w:iCs/>
          <w:color w:val="000000" w:themeColor="text1"/>
          <w:lang w:eastAsia="ko-KR"/>
        </w:rPr>
      </w:pPr>
      <w:r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 xml:space="preserve">A :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본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장학금은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생산·제조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분야에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관심이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있는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대학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재학생을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대상으로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C50DAF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장학금 및 생활비 명목으로 지원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하며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,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기관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장학금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수혜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여부와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관계없이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신청이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가능합니다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>.</w:t>
      </w:r>
    </w:p>
    <w:p w14:paraId="134248CC" w14:textId="77777777" w:rsidR="000F31ED" w:rsidRPr="00E42131" w:rsidRDefault="000F31ED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2CD5DEF5" w14:textId="52D27E94" w:rsidR="000F31ED" w:rsidRPr="00E42131" w:rsidRDefault="000F31ED" w:rsidP="00E42131">
      <w:pPr>
        <w:spacing w:after="0"/>
        <w:rPr>
          <w:rFonts w:ascii="Noto Sans KR" w:eastAsia="Noto Sans KR" w:hAnsi="Noto Sans KR"/>
          <w:lang w:eastAsia="ko-KR"/>
        </w:rPr>
      </w:pPr>
      <w:r w:rsidRPr="00E42131">
        <w:rPr>
          <w:rFonts w:ascii="Noto Sans KR" w:eastAsia="Noto Sans KR" w:hAnsi="Noto Sans KR" w:hint="eastAsia"/>
          <w:lang w:eastAsia="ko-KR"/>
        </w:rPr>
        <w:t>Q : 휴학생도 지원 가능한가요?</w:t>
      </w:r>
    </w:p>
    <w:p w14:paraId="58BB8B26" w14:textId="0A9FFC19" w:rsidR="000F31ED" w:rsidRPr="00E42131" w:rsidRDefault="000F31ED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E42131">
        <w:rPr>
          <w:rFonts w:ascii="Noto Sans KR" w:eastAsia="Noto Sans KR" w:hAnsi="Noto Sans KR" w:hint="eastAsia"/>
          <w:i/>
          <w:iCs/>
          <w:lang w:eastAsia="ko-KR"/>
        </w:rPr>
        <w:t xml:space="preserve">A : </w:t>
      </w:r>
      <w:r w:rsidR="00E42131" w:rsidRPr="00E42131">
        <w:rPr>
          <w:rFonts w:ascii="Noto Sans KR" w:eastAsia="Noto Sans KR" w:hAnsi="Noto Sans KR"/>
          <w:i/>
          <w:iCs/>
          <w:lang w:eastAsia="ko-KR"/>
        </w:rPr>
        <w:t>‘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>2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7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1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학기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복학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예정인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지원이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가능하나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학부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재학생을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우선적으로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선발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대상으로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고려합니다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>.</w:t>
      </w:r>
    </w:p>
    <w:p w14:paraId="20B726BD" w14:textId="77777777" w:rsidR="00E42131" w:rsidRP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700439FA" w14:textId="5AB619DA" w:rsidR="00E42131" w:rsidRP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r w:rsidRPr="00E42131">
        <w:rPr>
          <w:rFonts w:ascii="Noto Sans KR" w:eastAsia="Noto Sans KR" w:hAnsi="Noto Sans KR" w:hint="eastAsia"/>
          <w:lang w:eastAsia="ko-KR"/>
        </w:rPr>
        <w:t xml:space="preserve">Q : </w:t>
      </w:r>
      <w:r w:rsidRPr="00E42131">
        <w:rPr>
          <w:rFonts w:ascii="Noto Sans KR" w:eastAsia="Noto Sans KR" w:hAnsi="Noto Sans KR"/>
          <w:lang w:eastAsia="ko-KR"/>
        </w:rPr>
        <w:t>‘</w:t>
      </w:r>
      <w:r w:rsidRPr="00E42131">
        <w:rPr>
          <w:rFonts w:ascii="Noto Sans KR" w:eastAsia="Noto Sans KR" w:hAnsi="Noto Sans KR" w:hint="eastAsia"/>
          <w:lang w:eastAsia="ko-KR"/>
        </w:rPr>
        <w:t>2</w:t>
      </w:r>
      <w:r w:rsidR="00FD5DB3">
        <w:rPr>
          <w:rFonts w:ascii="Noto Sans KR" w:eastAsia="Noto Sans KR" w:hAnsi="Noto Sans KR" w:hint="eastAsia"/>
          <w:lang w:eastAsia="ko-KR"/>
        </w:rPr>
        <w:t>7</w:t>
      </w:r>
      <w:r w:rsidRPr="00E42131">
        <w:rPr>
          <w:rFonts w:ascii="Noto Sans KR" w:eastAsia="Noto Sans KR" w:hAnsi="Noto Sans KR" w:hint="eastAsia"/>
          <w:lang w:eastAsia="ko-KR"/>
        </w:rPr>
        <w:t>년 신입생도 지원 가능한가요?</w:t>
      </w:r>
    </w:p>
    <w:p w14:paraId="2D6A33BB" w14:textId="7D1CB84C" w:rsidR="00E0217B" w:rsidRPr="00E0217B" w:rsidRDefault="00E42131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E42131">
        <w:rPr>
          <w:rFonts w:ascii="Noto Sans KR" w:eastAsia="Noto Sans KR" w:hAnsi="Noto Sans KR" w:hint="eastAsia"/>
          <w:i/>
          <w:iCs/>
          <w:lang w:eastAsia="ko-KR"/>
        </w:rPr>
        <w:t xml:space="preserve">A :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모집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공고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시점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기준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1~4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재학생을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대상으로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하므로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신입생은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지원이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불가합니다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>.</w:t>
      </w:r>
      <w:r w:rsidR="00E0217B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</w:p>
    <w:p w14:paraId="1638C501" w14:textId="77777777" w:rsidR="00EF72E9" w:rsidRDefault="00EF72E9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2D4B34B4" w14:textId="62B9A382" w:rsidR="00EF72E9" w:rsidRDefault="00EF72E9" w:rsidP="00E42131">
      <w:pPr>
        <w:spacing w:after="0"/>
        <w:rPr>
          <w:rFonts w:ascii="Noto Sans KR" w:eastAsia="Noto Sans KR" w:hAnsi="Noto Sans KR"/>
          <w:lang w:eastAsia="ko-KR"/>
        </w:rPr>
      </w:pPr>
      <w:r w:rsidRPr="00EF72E9">
        <w:rPr>
          <w:rFonts w:ascii="Noto Sans KR" w:eastAsia="Noto Sans KR" w:hAnsi="Noto Sans KR" w:hint="eastAsia"/>
          <w:lang w:eastAsia="ko-KR"/>
        </w:rPr>
        <w:t>Q : 선발</w:t>
      </w:r>
      <w:r w:rsidRPr="00EF72E9">
        <w:rPr>
          <w:rFonts w:ascii="Noto Sans KR" w:eastAsia="Noto Sans KR" w:hAnsi="Noto Sans KR"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lang w:eastAsia="ko-KR"/>
        </w:rPr>
        <w:t>기준은</w:t>
      </w:r>
      <w:r w:rsidRPr="00EF72E9">
        <w:rPr>
          <w:rFonts w:ascii="Noto Sans KR" w:eastAsia="Noto Sans KR" w:hAnsi="Noto Sans KR"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lang w:eastAsia="ko-KR"/>
        </w:rPr>
        <w:t>무엇인가요</w:t>
      </w:r>
      <w:r w:rsidRPr="00EF72E9">
        <w:rPr>
          <w:rFonts w:ascii="Noto Sans KR" w:eastAsia="Noto Sans KR" w:hAnsi="Noto Sans KR"/>
          <w:lang w:eastAsia="ko-KR"/>
        </w:rPr>
        <w:t xml:space="preserve">? </w:t>
      </w:r>
    </w:p>
    <w:p w14:paraId="65CBC0D6" w14:textId="604077E1" w:rsidR="00EF72E9" w:rsidRPr="00EF72E9" w:rsidRDefault="00EF72E9" w:rsidP="00EF72E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EF72E9">
        <w:rPr>
          <w:rFonts w:ascii="Noto Sans KR" w:eastAsia="Noto Sans KR" w:hAnsi="Noto Sans KR" w:hint="eastAsia"/>
          <w:i/>
          <w:iCs/>
          <w:lang w:eastAsia="ko-KR"/>
        </w:rPr>
        <w:t>A : 별도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면접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없이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서류심사로만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선발하며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생산</w:t>
      </w:r>
      <w:r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제조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분야에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대한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관심을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최우선으로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고려합니다</w:t>
      </w:r>
      <w:r w:rsidRPr="00EF72E9">
        <w:rPr>
          <w:rFonts w:ascii="Noto Sans KR" w:eastAsia="Noto Sans KR" w:hAnsi="Noto Sans KR"/>
          <w:i/>
          <w:iCs/>
          <w:lang w:eastAsia="ko-KR"/>
        </w:rPr>
        <w:t>.</w:t>
      </w:r>
    </w:p>
    <w:p w14:paraId="715050AA" w14:textId="7401A1F2" w:rsidR="00EF72E9" w:rsidRDefault="00EF72E9" w:rsidP="00EF72E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EF72E9">
        <w:rPr>
          <w:rFonts w:ascii="Noto Sans KR" w:eastAsia="Noto Sans KR" w:hAnsi="Noto Sans KR" w:hint="eastAsia"/>
          <w:i/>
          <w:iCs/>
          <w:lang w:eastAsia="ko-KR"/>
        </w:rPr>
        <w:t>이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외에도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성적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관련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교과목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이수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현황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수상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내역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등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다양한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요인을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종합적으로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검토</w:t>
      </w:r>
      <w:r>
        <w:rPr>
          <w:rFonts w:ascii="Noto Sans KR" w:eastAsia="Noto Sans KR" w:hAnsi="Noto Sans KR" w:hint="eastAsia"/>
          <w:i/>
          <w:iCs/>
          <w:lang w:eastAsia="ko-KR"/>
        </w:rPr>
        <w:t>할 수 있습니다.</w:t>
      </w:r>
    </w:p>
    <w:p w14:paraId="3B788380" w14:textId="77777777" w:rsidR="00EF72E9" w:rsidRPr="00EF72E9" w:rsidRDefault="00EF72E9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43EBBB1A" w14:textId="77777777" w:rsidR="00EF72E9" w:rsidRDefault="00EF72E9" w:rsidP="00EF72E9">
      <w:pPr>
        <w:spacing w:after="0"/>
        <w:rPr>
          <w:rFonts w:ascii="Noto Sans KR" w:eastAsia="Noto Sans KR" w:hAnsi="Noto Sans KR"/>
          <w:lang w:eastAsia="ko-KR"/>
        </w:rPr>
      </w:pPr>
      <w:r w:rsidRPr="00EF72E9">
        <w:rPr>
          <w:rFonts w:ascii="Noto Sans KR" w:eastAsia="Noto Sans KR" w:hAnsi="Noto Sans KR" w:hint="eastAsia"/>
          <w:lang w:eastAsia="ko-KR"/>
        </w:rPr>
        <w:t xml:space="preserve">Q : </w:t>
      </w:r>
      <w:r w:rsidRPr="00EF72E9">
        <w:rPr>
          <w:rFonts w:ascii="Noto Sans KR" w:eastAsia="Noto Sans KR" w:hAnsi="Noto Sans KR"/>
          <w:lang w:eastAsia="ko-KR"/>
        </w:rPr>
        <w:t>결과 발표는 언제, 어떤 방식으로 안내되나요?</w:t>
      </w:r>
    </w:p>
    <w:p w14:paraId="62719DBA" w14:textId="238633F6" w:rsidR="00FE42B6" w:rsidRPr="00FE42B6" w:rsidRDefault="00EF72E9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EF72E9">
        <w:rPr>
          <w:rFonts w:ascii="Noto Sans KR" w:eastAsia="Noto Sans KR" w:hAnsi="Noto Sans KR" w:hint="eastAsia"/>
          <w:i/>
          <w:iCs/>
          <w:lang w:eastAsia="ko-KR"/>
        </w:rPr>
        <w:t xml:space="preserve">A : </w:t>
      </w:r>
      <w:r>
        <w:rPr>
          <w:rFonts w:ascii="Noto Sans KR" w:eastAsia="Noto Sans KR" w:hAnsi="Noto Sans KR"/>
          <w:i/>
          <w:iCs/>
          <w:lang w:eastAsia="ko-KR"/>
        </w:rPr>
        <w:t>‘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>2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6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12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월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중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장학생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최종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선발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결과를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학교를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통해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안내드릴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예정입니다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>.</w:t>
      </w:r>
    </w:p>
    <w:p w14:paraId="1E931AA9" w14:textId="3BBCDBA9" w:rsidR="00EF72E9" w:rsidRPr="00EF72E9" w:rsidRDefault="00FE42B6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FE42B6">
        <w:rPr>
          <w:rFonts w:ascii="Noto Sans KR" w:eastAsia="Noto Sans KR" w:hAnsi="Noto Sans KR"/>
          <w:i/>
          <w:iCs/>
          <w:lang w:eastAsia="ko-KR"/>
        </w:rPr>
        <w:t>(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단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일정은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내부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사정에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따라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변경될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FE42B6">
        <w:rPr>
          <w:rFonts w:ascii="Noto Sans KR" w:eastAsia="Noto Sans KR" w:hAnsi="Noto Sans KR"/>
          <w:i/>
          <w:iCs/>
          <w:lang w:eastAsia="ko-KR"/>
        </w:rPr>
        <w:t>.)</w:t>
      </w:r>
    </w:p>
    <w:p w14:paraId="4B9B8D22" w14:textId="77777777" w:rsidR="00EF72E9" w:rsidRDefault="00EF72E9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2C74624A" w14:textId="615C140C" w:rsidR="00FE42B6" w:rsidRDefault="00FE42B6" w:rsidP="00E42131">
      <w:pPr>
        <w:spacing w:after="0"/>
        <w:rPr>
          <w:rFonts w:ascii="Noto Sans KR" w:eastAsia="Noto Sans KR" w:hAnsi="Noto Sans KR"/>
          <w:lang w:eastAsia="ko-KR"/>
        </w:rPr>
      </w:pPr>
      <w:r w:rsidRPr="00FE42B6">
        <w:rPr>
          <w:rFonts w:ascii="Noto Sans KR" w:eastAsia="Noto Sans KR" w:hAnsi="Noto Sans KR"/>
          <w:lang w:eastAsia="ko-KR"/>
        </w:rPr>
        <w:t xml:space="preserve">Q </w:t>
      </w:r>
      <w:r>
        <w:rPr>
          <w:rFonts w:ascii="Noto Sans KR" w:eastAsia="Noto Sans KR" w:hAnsi="Noto Sans KR" w:hint="eastAsia"/>
          <w:lang w:eastAsia="ko-KR"/>
        </w:rPr>
        <w:t xml:space="preserve">: </w:t>
      </w:r>
      <w:r w:rsidRPr="00FE42B6">
        <w:rPr>
          <w:rFonts w:ascii="Noto Sans KR" w:eastAsia="Noto Sans KR" w:hAnsi="Noto Sans KR"/>
          <w:lang w:eastAsia="ko-KR"/>
        </w:rPr>
        <w:t>‘2</w:t>
      </w:r>
      <w:r w:rsidR="00FD5DB3">
        <w:rPr>
          <w:rFonts w:ascii="Noto Sans KR" w:eastAsia="Noto Sans KR" w:hAnsi="Noto Sans KR" w:hint="eastAsia"/>
          <w:lang w:eastAsia="ko-KR"/>
        </w:rPr>
        <w:t>7</w:t>
      </w:r>
      <w:r w:rsidRPr="00FE42B6">
        <w:rPr>
          <w:rFonts w:ascii="Noto Sans KR" w:eastAsia="Noto Sans KR" w:hAnsi="Noto Sans KR" w:hint="eastAsia"/>
          <w:lang w:eastAsia="ko-KR"/>
        </w:rPr>
        <w:t>년</w:t>
      </w:r>
      <w:r w:rsidRPr="00FE42B6">
        <w:rPr>
          <w:rFonts w:ascii="Noto Sans KR" w:eastAsia="Noto Sans KR" w:hAnsi="Noto Sans KR"/>
          <w:lang w:eastAsia="ko-KR"/>
        </w:rPr>
        <w:t xml:space="preserve"> 12</w:t>
      </w:r>
      <w:r w:rsidRPr="00FE42B6">
        <w:rPr>
          <w:rFonts w:ascii="Noto Sans KR" w:eastAsia="Noto Sans KR" w:hAnsi="Noto Sans KR" w:hint="eastAsia"/>
          <w:lang w:eastAsia="ko-KR"/>
        </w:rPr>
        <w:t>월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이후에도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장학금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지원이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이어지나요</w:t>
      </w:r>
      <w:r w:rsidRPr="00FE42B6">
        <w:rPr>
          <w:rFonts w:ascii="Noto Sans KR" w:eastAsia="Noto Sans KR" w:hAnsi="Noto Sans KR"/>
          <w:lang w:eastAsia="ko-KR"/>
        </w:rPr>
        <w:t>?</w:t>
      </w:r>
    </w:p>
    <w:p w14:paraId="602D8C9B" w14:textId="218E1359" w:rsidR="00FE42B6" w:rsidRDefault="00FE42B6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FE42B6">
        <w:rPr>
          <w:rFonts w:ascii="Noto Sans KR" w:eastAsia="Noto Sans KR" w:hAnsi="Noto Sans KR" w:hint="eastAsia"/>
          <w:i/>
          <w:iCs/>
          <w:lang w:eastAsia="ko-KR"/>
        </w:rPr>
        <w:t>A : 본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장학금은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‘2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7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년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B300CC">
        <w:rPr>
          <w:rFonts w:ascii="Noto Sans KR" w:eastAsia="Noto Sans KR" w:hAnsi="Noto Sans KR" w:hint="eastAsia"/>
          <w:i/>
          <w:iCs/>
          <w:lang w:eastAsia="ko-KR"/>
        </w:rPr>
        <w:t>3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월부터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12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월까지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총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1</w:t>
      </w:r>
      <w:r w:rsidR="00B300CC">
        <w:rPr>
          <w:rFonts w:ascii="Noto Sans KR" w:eastAsia="Noto Sans KR" w:hAnsi="Noto Sans KR" w:hint="eastAsia"/>
          <w:i/>
          <w:iCs/>
          <w:lang w:eastAsia="ko-KR"/>
        </w:rPr>
        <w:t>0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개월간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지원되는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프로그램으로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별도의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연장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지원은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없습니다</w:t>
      </w:r>
      <w:r w:rsidRPr="00FE42B6">
        <w:rPr>
          <w:rFonts w:ascii="Noto Sans KR" w:eastAsia="Noto Sans KR" w:hAnsi="Noto Sans KR"/>
          <w:i/>
          <w:iCs/>
          <w:lang w:eastAsia="ko-KR"/>
        </w:rPr>
        <w:t>.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 xml:space="preserve"> 단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이후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재단의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운영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계획에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따라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차기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기수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모집이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진행될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FE42B6">
        <w:rPr>
          <w:rFonts w:ascii="Noto Sans KR" w:eastAsia="Noto Sans KR" w:hAnsi="Noto Sans KR"/>
          <w:i/>
          <w:iCs/>
          <w:lang w:eastAsia="ko-KR"/>
        </w:rPr>
        <w:t>.</w:t>
      </w:r>
    </w:p>
    <w:p w14:paraId="489579E5" w14:textId="77777777" w:rsidR="00FE42B6" w:rsidRPr="00FE42B6" w:rsidRDefault="00FE42B6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3695861A" w14:textId="39071FEC" w:rsidR="00E42131" w:rsidRDefault="00E42131" w:rsidP="00E42131">
      <w:pPr>
        <w:spacing w:after="0"/>
        <w:rPr>
          <w:rFonts w:ascii="Noto Sans KR" w:eastAsia="Noto Sans KR" w:hAnsi="Noto Sans KR"/>
          <w:b/>
          <w:bCs/>
          <w:lang w:eastAsia="ko-KR"/>
        </w:rPr>
      </w:pPr>
      <w:r w:rsidRPr="00E42131">
        <w:rPr>
          <w:rFonts w:ascii="Noto Sans KR" w:eastAsia="Noto Sans KR" w:hAnsi="Noto Sans KR" w:hint="eastAsia"/>
          <w:b/>
          <w:bCs/>
          <w:lang w:eastAsia="ko-KR"/>
        </w:rPr>
        <w:lastRenderedPageBreak/>
        <w:t>2. 장학금 수혜</w:t>
      </w:r>
    </w:p>
    <w:p w14:paraId="2C467C2E" w14:textId="77777777" w:rsidR="00FE42B6" w:rsidRPr="00E42131" w:rsidRDefault="00FE42B6" w:rsidP="00E42131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4A9EF3B9" w14:textId="5787983D" w:rsidR="00E42131" w:rsidRP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r w:rsidRPr="00E42131">
        <w:rPr>
          <w:rFonts w:ascii="Noto Sans KR" w:eastAsia="Noto Sans KR" w:hAnsi="Noto Sans KR" w:hint="eastAsia"/>
          <w:lang w:eastAsia="ko-KR"/>
        </w:rPr>
        <w:t>Q : 장학금 수혜 방식과 기간은 어떻게 되나요?</w:t>
      </w:r>
    </w:p>
    <w:p w14:paraId="7601666A" w14:textId="1BB3F1ED" w:rsidR="00E42131" w:rsidRPr="0011095B" w:rsidRDefault="00E42131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97299D">
        <w:rPr>
          <w:rFonts w:ascii="Noto Sans KR" w:eastAsia="Noto Sans KR" w:hAnsi="Noto Sans KR" w:hint="eastAsia"/>
          <w:i/>
          <w:iCs/>
          <w:lang w:eastAsia="ko-KR"/>
        </w:rPr>
        <w:t xml:space="preserve">A :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매월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40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만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원씩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총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1</w:t>
      </w:r>
      <w:r w:rsidR="00B300CC" w:rsidRPr="0097299D">
        <w:rPr>
          <w:rFonts w:ascii="Noto Sans KR" w:eastAsia="Noto Sans KR" w:hAnsi="Noto Sans KR" w:hint="eastAsia"/>
          <w:i/>
          <w:iCs/>
          <w:lang w:eastAsia="ko-KR"/>
        </w:rPr>
        <w:t>0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개월간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>(‘2</w:t>
      </w:r>
      <w:r w:rsidR="00FD5DB3" w:rsidRPr="0097299D">
        <w:rPr>
          <w:rFonts w:ascii="Noto Sans KR" w:eastAsia="Noto Sans KR" w:hAnsi="Noto Sans KR" w:hint="eastAsia"/>
          <w:i/>
          <w:iCs/>
          <w:lang w:eastAsia="ko-KR"/>
        </w:rPr>
        <w:t>7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B300CC" w:rsidRPr="0097299D">
        <w:rPr>
          <w:rFonts w:ascii="Noto Sans KR" w:eastAsia="Noto Sans KR" w:hAnsi="Noto Sans KR" w:hint="eastAsia"/>
          <w:i/>
          <w:iCs/>
          <w:lang w:eastAsia="ko-KR"/>
        </w:rPr>
        <w:t>3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월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>~‘2</w:t>
      </w:r>
      <w:r w:rsidR="00FD5DB3" w:rsidRPr="0097299D">
        <w:rPr>
          <w:rFonts w:ascii="Noto Sans KR" w:eastAsia="Noto Sans KR" w:hAnsi="Noto Sans KR" w:hint="eastAsia"/>
          <w:i/>
          <w:iCs/>
          <w:lang w:eastAsia="ko-KR"/>
        </w:rPr>
        <w:t>7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12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월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)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지급</w:t>
      </w:r>
      <w:r w:rsidR="003E0CCE" w:rsidRPr="0097299D">
        <w:rPr>
          <w:rFonts w:ascii="Noto Sans KR" w:eastAsia="Noto Sans KR" w:hAnsi="Noto Sans KR" w:hint="eastAsia"/>
          <w:i/>
          <w:iCs/>
          <w:lang w:eastAsia="ko-KR"/>
        </w:rPr>
        <w:t>됩니다.</w:t>
      </w:r>
      <w:r w:rsidR="00547103" w:rsidRPr="0097299D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="00547103" w:rsidRPr="0097299D">
        <w:rPr>
          <w:rFonts w:ascii="Noto Sans KR" w:eastAsia="Noto Sans KR" w:hAnsi="Noto Sans KR"/>
          <w:i/>
          <w:iCs/>
          <w:lang w:eastAsia="ko-KR"/>
        </w:rPr>
        <w:t>본 장학금은 재단에서 소속 대학교로 장학금 총액을 송금한 후, 각 대학교 장학 부서를 통해 학생 개인 계좌로 매월 분할 지급되는 방식으로 운영됩니다.</w:t>
      </w:r>
    </w:p>
    <w:p w14:paraId="66821599" w14:textId="77777777" w:rsid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79DC0B4A" w14:textId="2ABD1B97" w:rsid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r>
        <w:rPr>
          <w:rFonts w:ascii="Noto Sans KR" w:eastAsia="Noto Sans KR" w:hAnsi="Noto Sans KR" w:hint="eastAsia"/>
          <w:lang w:eastAsia="ko-KR"/>
        </w:rPr>
        <w:t>Q : 휴학 등</w:t>
      </w:r>
      <w:r w:rsidR="00EF72E9">
        <w:rPr>
          <w:rFonts w:ascii="Noto Sans KR" w:eastAsia="Noto Sans KR" w:hAnsi="Noto Sans KR" w:hint="eastAsia"/>
          <w:lang w:eastAsia="ko-KR"/>
        </w:rPr>
        <w:t xml:space="preserve"> 사유로</w:t>
      </w:r>
      <w:r>
        <w:rPr>
          <w:rFonts w:ascii="Noto Sans KR" w:eastAsia="Noto Sans KR" w:hAnsi="Noto Sans KR" w:hint="eastAsia"/>
          <w:lang w:eastAsia="ko-KR"/>
        </w:rPr>
        <w:t xml:space="preserve"> 학업이 중단되는 경우는 어떻게 되나요?</w:t>
      </w:r>
    </w:p>
    <w:p w14:paraId="5B9AFFFE" w14:textId="3B8C0CE8" w:rsidR="00E42131" w:rsidRDefault="00E42131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11095B">
        <w:rPr>
          <w:rFonts w:ascii="Noto Sans KR" w:eastAsia="Noto Sans KR" w:hAnsi="Noto Sans KR"/>
          <w:i/>
          <w:iCs/>
          <w:lang w:eastAsia="ko-KR"/>
        </w:rPr>
        <w:t>A</w:t>
      </w:r>
      <w:r w:rsidRPr="0011095B">
        <w:rPr>
          <w:rFonts w:ascii="Noto Sans KR" w:eastAsia="Noto Sans KR" w:hAnsi="Noto Sans KR" w:hint="eastAsia"/>
          <w:i/>
          <w:iCs/>
          <w:lang w:eastAsia="ko-KR"/>
        </w:rPr>
        <w:t xml:space="preserve"> :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휴학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자퇴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제적</w:t>
      </w:r>
      <w:r w:rsidR="00E0217B" w:rsidRPr="00AA07F4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, 졸업</w:t>
      </w:r>
      <w:r w:rsidR="00EF72E9" w:rsidRPr="00AA07F4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등으로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학적이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변경되는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장학금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2519EB">
        <w:rPr>
          <w:rFonts w:ascii="Noto Sans KR" w:eastAsia="Noto Sans KR" w:hAnsi="Noto Sans KR" w:hint="eastAsia"/>
          <w:i/>
          <w:iCs/>
          <w:lang w:eastAsia="ko-KR"/>
        </w:rPr>
        <w:t>지급 중단될 수 있습니다.</w:t>
      </w:r>
    </w:p>
    <w:p w14:paraId="48D178DC" w14:textId="6FAAA911" w:rsidR="00EF72E9" w:rsidRDefault="00EF72E9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2A0D2302" w14:textId="53A193A2" w:rsidR="00E42131" w:rsidRPr="00587DC0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Q : </w:t>
      </w:r>
      <w:r w:rsidR="00EF72E9" w:rsidRPr="00587DC0">
        <w:rPr>
          <w:rFonts w:ascii="Noto Sans KR" w:eastAsia="Noto Sans KR" w:hAnsi="Noto Sans KR" w:hint="eastAsia"/>
          <w:lang w:eastAsia="ko-KR"/>
        </w:rPr>
        <w:t>행사 및 프로젝트에 반드시 참여해야 하나요?</w:t>
      </w:r>
    </w:p>
    <w:p w14:paraId="1BAD58A1" w14:textId="29593F18" w:rsidR="00EF72E9" w:rsidRPr="00587DC0" w:rsidRDefault="00EF72E9" w:rsidP="00EF72E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587DC0">
        <w:rPr>
          <w:rFonts w:ascii="Noto Sans KR" w:eastAsia="Noto Sans KR" w:hAnsi="Noto Sans KR" w:hint="eastAsia"/>
          <w:i/>
          <w:iCs/>
          <w:lang w:eastAsia="ko-KR"/>
        </w:rPr>
        <w:t>A : 네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.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연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2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회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산업현장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체험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및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활동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0217B" w:rsidRPr="00587DC0">
        <w:rPr>
          <w:rFonts w:ascii="Noto Sans KR" w:eastAsia="Noto Sans KR" w:hAnsi="Noto Sans KR" w:hint="eastAsia"/>
          <w:i/>
          <w:iCs/>
          <w:lang w:eastAsia="ko-KR"/>
        </w:rPr>
        <w:t>연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1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회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31389B" w:rsidRPr="00587DC0">
        <w:rPr>
          <w:rFonts w:ascii="Noto Sans KR" w:eastAsia="Noto Sans KR" w:hAnsi="Noto Sans KR" w:hint="eastAsia"/>
          <w:i/>
          <w:iCs/>
          <w:lang w:eastAsia="ko-KR"/>
        </w:rPr>
        <w:t xml:space="preserve">팀 단위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프로젝트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수행은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장학금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수혜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유지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조건입니다</w:t>
      </w:r>
      <w:r w:rsidRPr="00587DC0">
        <w:rPr>
          <w:rFonts w:ascii="Noto Sans KR" w:eastAsia="Noto Sans KR" w:hAnsi="Noto Sans KR"/>
          <w:i/>
          <w:iCs/>
          <w:lang w:eastAsia="ko-KR"/>
        </w:rPr>
        <w:t>.</w:t>
      </w:r>
      <w:r w:rsidR="0031389B" w:rsidRPr="00587DC0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정당한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사유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없이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불성실하게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참여할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장학금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지원이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중단될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수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587DC0">
        <w:rPr>
          <w:rFonts w:ascii="Noto Sans KR" w:eastAsia="Noto Sans KR" w:hAnsi="Noto Sans KR"/>
          <w:i/>
          <w:iCs/>
          <w:lang w:eastAsia="ko-KR"/>
        </w:rPr>
        <w:t>.</w:t>
      </w:r>
    </w:p>
    <w:p w14:paraId="2B1B7FB0" w14:textId="77777777" w:rsidR="00E42131" w:rsidRPr="00587DC0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172F616D" w14:textId="77777777" w:rsidR="00B300CC" w:rsidRPr="00587DC0" w:rsidRDefault="00FD5DB3" w:rsidP="00FD5DB3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Q : </w:t>
      </w:r>
      <w:r w:rsidR="00B300CC" w:rsidRPr="00587DC0">
        <w:rPr>
          <w:rFonts w:ascii="Noto Sans KR" w:eastAsia="Noto Sans KR" w:hAnsi="Noto Sans KR"/>
          <w:lang w:eastAsia="ko-KR"/>
        </w:rPr>
        <w:t>이전 기수에 선발되었던 장학생도 이번에 다시 지원할 수 있나요?</w:t>
      </w:r>
    </w:p>
    <w:p w14:paraId="28958BD0" w14:textId="046CC911" w:rsidR="00183DB9" w:rsidRDefault="00B300CC" w:rsidP="00FD5DB3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587DC0">
        <w:rPr>
          <w:rFonts w:ascii="Noto Sans KR" w:eastAsia="Noto Sans KR" w:hAnsi="Noto Sans KR"/>
          <w:i/>
          <w:iCs/>
          <w:lang w:eastAsia="ko-KR"/>
        </w:rPr>
        <w:t>A : 아니요, 아쉽게도 재지원은 불가합니다. 저희 재단은 보다 많은 학생들에게 장학 혜택을 제공하기 위해, 기존에 선발된 이력이 있는 장학생은 지원 대상에서 제외하고 있습니다.</w:t>
      </w:r>
      <w:r w:rsidRPr="00B300CC">
        <w:rPr>
          <w:rFonts w:ascii="Noto Sans KR" w:eastAsia="Noto Sans KR" w:hAnsi="Noto Sans KR"/>
          <w:i/>
          <w:iCs/>
          <w:lang w:eastAsia="ko-KR"/>
        </w:rPr>
        <w:t xml:space="preserve"> 너른 양해 부탁드립니다.</w:t>
      </w:r>
    </w:p>
    <w:p w14:paraId="69FCF1F0" w14:textId="77777777" w:rsidR="00183DB9" w:rsidRDefault="00183DB9" w:rsidP="00FD5DB3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751A7DDA" w14:textId="77777777" w:rsidR="00B300CC" w:rsidRPr="00B300CC" w:rsidRDefault="00B300CC" w:rsidP="00FD5DB3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7C34BCD9" w14:textId="6860C77D" w:rsidR="00183DB9" w:rsidRDefault="00183DB9" w:rsidP="00FD5DB3">
      <w:pPr>
        <w:spacing w:after="0"/>
        <w:rPr>
          <w:rFonts w:ascii="Noto Sans KR" w:eastAsia="Noto Sans KR" w:hAnsi="Noto Sans KR"/>
          <w:b/>
          <w:bCs/>
          <w:lang w:eastAsia="ko-KR"/>
        </w:rPr>
      </w:pPr>
      <w:r w:rsidRPr="00183DB9">
        <w:rPr>
          <w:rFonts w:ascii="Noto Sans KR" w:eastAsia="Noto Sans KR" w:hAnsi="Noto Sans KR" w:hint="eastAsia"/>
          <w:b/>
          <w:bCs/>
          <w:lang w:eastAsia="ko-KR"/>
        </w:rPr>
        <w:t>3. 기타</w:t>
      </w:r>
    </w:p>
    <w:p w14:paraId="1AFDD861" w14:textId="77777777" w:rsidR="00183DB9" w:rsidRDefault="00183DB9" w:rsidP="00FD5DB3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37FC037F" w14:textId="48EA5FBD" w:rsidR="00183DB9" w:rsidRPr="00E42131" w:rsidRDefault="00183DB9" w:rsidP="00183DB9">
      <w:pPr>
        <w:spacing w:after="0"/>
        <w:rPr>
          <w:rFonts w:ascii="Noto Sans KR" w:eastAsia="Noto Sans KR" w:hAnsi="Noto Sans KR"/>
          <w:lang w:eastAsia="ko-KR"/>
        </w:rPr>
      </w:pPr>
      <w:r w:rsidRPr="00E42131">
        <w:rPr>
          <w:rFonts w:ascii="Noto Sans KR" w:eastAsia="Noto Sans KR" w:hAnsi="Noto Sans KR" w:hint="eastAsia"/>
          <w:lang w:eastAsia="ko-KR"/>
        </w:rPr>
        <w:t xml:space="preserve">Q : </w:t>
      </w:r>
      <w:r>
        <w:rPr>
          <w:rFonts w:ascii="Noto Sans KR" w:eastAsia="Noto Sans KR" w:hAnsi="Noto Sans KR" w:hint="eastAsia"/>
          <w:lang w:eastAsia="ko-KR"/>
        </w:rPr>
        <w:t>수여식 및 시무식이 진행되나요?</w:t>
      </w:r>
    </w:p>
    <w:p w14:paraId="7973FB24" w14:textId="04EB21A7" w:rsidR="00183DB9" w:rsidRPr="00183DB9" w:rsidRDefault="00183DB9" w:rsidP="00183DB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183DB9">
        <w:rPr>
          <w:rFonts w:ascii="Noto Sans KR" w:eastAsia="Noto Sans KR" w:hAnsi="Noto Sans KR" w:hint="eastAsia"/>
          <w:i/>
          <w:iCs/>
          <w:lang w:eastAsia="ko-KR"/>
        </w:rPr>
        <w:t>A : 네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.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학기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시작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전인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2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말</w:t>
      </w:r>
      <w:r w:rsidR="00B300CC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경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서울사무소에서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장학생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수여식이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진행될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예정입니다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. </w:t>
      </w:r>
      <w:r w:rsidR="00B300CC">
        <w:rPr>
          <w:rFonts w:ascii="Noto Sans KR" w:eastAsia="Noto Sans KR" w:hAnsi="Noto Sans KR"/>
          <w:i/>
          <w:iCs/>
          <w:lang w:eastAsia="ko-KR"/>
        </w:rPr>
        <w:br/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또한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11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말경에는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간단한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시무식이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진행될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예정입니다</w:t>
      </w:r>
      <w:r w:rsidRPr="00183DB9">
        <w:rPr>
          <w:rFonts w:ascii="Noto Sans KR" w:eastAsia="Noto Sans KR" w:hAnsi="Noto Sans KR"/>
          <w:i/>
          <w:iCs/>
          <w:lang w:eastAsia="ko-KR"/>
        </w:rPr>
        <w:t>.</w:t>
      </w:r>
    </w:p>
    <w:p w14:paraId="5A1EF0CF" w14:textId="7176878A" w:rsidR="00183DB9" w:rsidRPr="0011095B" w:rsidRDefault="00183DB9" w:rsidP="00183DB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183DB9">
        <w:rPr>
          <w:rFonts w:ascii="Noto Sans KR" w:eastAsia="Noto Sans KR" w:hAnsi="Noto Sans KR" w:hint="eastAsia"/>
          <w:i/>
          <w:iCs/>
          <w:lang w:eastAsia="ko-KR"/>
        </w:rPr>
        <w:t>장학생으로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선발된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해당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행사에는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필수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참석을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요청드리고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183DB9">
        <w:rPr>
          <w:rFonts w:ascii="Noto Sans KR" w:eastAsia="Noto Sans KR" w:hAnsi="Noto Sans KR"/>
          <w:i/>
          <w:iCs/>
          <w:lang w:eastAsia="ko-KR"/>
        </w:rPr>
        <w:t>.</w:t>
      </w:r>
    </w:p>
    <w:p w14:paraId="437342DB" w14:textId="77777777" w:rsidR="00183DB9" w:rsidRPr="00183DB9" w:rsidRDefault="00183DB9" w:rsidP="00FD5DB3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3347DEC1" w14:textId="77777777" w:rsidR="000F31ED" w:rsidRPr="00FD5DB3" w:rsidRDefault="000F31ED" w:rsidP="00EF72E9">
      <w:pPr>
        <w:spacing w:after="0"/>
        <w:jc w:val="both"/>
        <w:rPr>
          <w:rFonts w:ascii="Noto Sans KR" w:eastAsia="Noto Sans KR" w:hAnsi="Noto Sans KR"/>
          <w:b/>
          <w:bCs/>
          <w:lang w:eastAsia="ko-KR"/>
        </w:rPr>
      </w:pPr>
    </w:p>
    <w:sectPr w:rsidR="000F31ED" w:rsidRPr="00FD5DB3" w:rsidSect="00B936CC">
      <w:pgSz w:w="12240" w:h="15840"/>
      <w:pgMar w:top="1440" w:right="1325" w:bottom="1440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E61C7" w14:textId="77777777" w:rsidR="00356344" w:rsidRDefault="00356344" w:rsidP="00044C4D">
      <w:pPr>
        <w:spacing w:after="0" w:line="240" w:lineRule="auto"/>
      </w:pPr>
      <w:r>
        <w:separator/>
      </w:r>
    </w:p>
  </w:endnote>
  <w:endnote w:type="continuationSeparator" w:id="0">
    <w:p w14:paraId="710A031F" w14:textId="77777777" w:rsidR="00356344" w:rsidRDefault="00356344" w:rsidP="00044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4640" w14:textId="77777777" w:rsidR="00356344" w:rsidRDefault="00356344" w:rsidP="00044C4D">
      <w:pPr>
        <w:spacing w:after="0" w:line="240" w:lineRule="auto"/>
      </w:pPr>
      <w:r>
        <w:separator/>
      </w:r>
    </w:p>
  </w:footnote>
  <w:footnote w:type="continuationSeparator" w:id="0">
    <w:p w14:paraId="471E1243" w14:textId="77777777" w:rsidR="00356344" w:rsidRDefault="00356344" w:rsidP="00044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91692"/>
    <w:multiLevelType w:val="hybridMultilevel"/>
    <w:tmpl w:val="39DC39CA"/>
    <w:lvl w:ilvl="0" w:tplc="A6A0C25E">
      <w:start w:val="2"/>
      <w:numFmt w:val="bullet"/>
      <w:lvlText w:val="※"/>
      <w:lvlJc w:val="left"/>
      <w:pPr>
        <w:ind w:left="580" w:hanging="360"/>
      </w:pPr>
      <w:rPr>
        <w:rFonts w:ascii="Noto Sans KR" w:eastAsia="Noto Sans KR" w:hAnsi="Noto Sans K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F3011B6"/>
    <w:multiLevelType w:val="hybridMultilevel"/>
    <w:tmpl w:val="0C3A8540"/>
    <w:lvl w:ilvl="0" w:tplc="E8BACF2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303D3EDE"/>
    <w:multiLevelType w:val="hybridMultilevel"/>
    <w:tmpl w:val="9766C550"/>
    <w:lvl w:ilvl="0" w:tplc="4E2A1D9E">
      <w:start w:val="5"/>
      <w:numFmt w:val="bullet"/>
      <w:lvlText w:val="-"/>
      <w:lvlJc w:val="left"/>
      <w:pPr>
        <w:ind w:left="800" w:hanging="360"/>
      </w:pPr>
      <w:rPr>
        <w:rFonts w:ascii="Noto Sans KR" w:eastAsia="Noto Sans KR" w:hAnsi="Noto Sans K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8781B59"/>
    <w:multiLevelType w:val="hybridMultilevel"/>
    <w:tmpl w:val="671E5710"/>
    <w:lvl w:ilvl="0" w:tplc="352E72DC">
      <w:start w:val="2"/>
      <w:numFmt w:val="bullet"/>
      <w:lvlText w:val="※"/>
      <w:lvlJc w:val="left"/>
      <w:pPr>
        <w:ind w:left="580" w:hanging="360"/>
      </w:pPr>
      <w:rPr>
        <w:rFonts w:ascii="Noto Sans KR" w:eastAsia="Noto Sans KR" w:hAnsi="Noto Sans KR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541015539">
    <w:abstractNumId w:val="3"/>
  </w:num>
  <w:num w:numId="2" w16cid:durableId="795027980">
    <w:abstractNumId w:val="4"/>
  </w:num>
  <w:num w:numId="3" w16cid:durableId="1784415945">
    <w:abstractNumId w:val="8"/>
  </w:num>
  <w:num w:numId="4" w16cid:durableId="1896240182">
    <w:abstractNumId w:val="1"/>
  </w:num>
  <w:num w:numId="5" w16cid:durableId="1826507034">
    <w:abstractNumId w:val="5"/>
  </w:num>
  <w:num w:numId="6" w16cid:durableId="37239449">
    <w:abstractNumId w:val="7"/>
  </w:num>
  <w:num w:numId="7" w16cid:durableId="504515903">
    <w:abstractNumId w:val="2"/>
  </w:num>
  <w:num w:numId="8" w16cid:durableId="2075885419">
    <w:abstractNumId w:val="0"/>
  </w:num>
  <w:num w:numId="9" w16cid:durableId="350761999">
    <w:abstractNumId w:val="6"/>
  </w:num>
  <w:num w:numId="10" w16cid:durableId="1823614511">
    <w:abstractNumId w:val="12"/>
  </w:num>
  <w:num w:numId="11" w16cid:durableId="1843203636">
    <w:abstractNumId w:val="9"/>
  </w:num>
  <w:num w:numId="12" w16cid:durableId="1094981415">
    <w:abstractNumId w:val="10"/>
  </w:num>
  <w:num w:numId="13" w16cid:durableId="13600121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C9E"/>
    <w:rsid w:val="00002EC2"/>
    <w:rsid w:val="000102F4"/>
    <w:rsid w:val="00024714"/>
    <w:rsid w:val="00032466"/>
    <w:rsid w:val="00034616"/>
    <w:rsid w:val="000347DF"/>
    <w:rsid w:val="00035173"/>
    <w:rsid w:val="00035D23"/>
    <w:rsid w:val="00044C4D"/>
    <w:rsid w:val="000450C4"/>
    <w:rsid w:val="000477DF"/>
    <w:rsid w:val="00054B75"/>
    <w:rsid w:val="00055CCE"/>
    <w:rsid w:val="0006063C"/>
    <w:rsid w:val="000744D2"/>
    <w:rsid w:val="00080845"/>
    <w:rsid w:val="0008307B"/>
    <w:rsid w:val="00084EDC"/>
    <w:rsid w:val="00094A9D"/>
    <w:rsid w:val="000957D5"/>
    <w:rsid w:val="00095B6D"/>
    <w:rsid w:val="000A0834"/>
    <w:rsid w:val="000C0894"/>
    <w:rsid w:val="000C2308"/>
    <w:rsid w:val="000E1231"/>
    <w:rsid w:val="000E1B0F"/>
    <w:rsid w:val="000F31ED"/>
    <w:rsid w:val="000F575F"/>
    <w:rsid w:val="000F6172"/>
    <w:rsid w:val="001008B0"/>
    <w:rsid w:val="0010597E"/>
    <w:rsid w:val="0011095B"/>
    <w:rsid w:val="00110E73"/>
    <w:rsid w:val="001170D1"/>
    <w:rsid w:val="00122740"/>
    <w:rsid w:val="0012727A"/>
    <w:rsid w:val="0015074B"/>
    <w:rsid w:val="001510BA"/>
    <w:rsid w:val="001512AE"/>
    <w:rsid w:val="001512F2"/>
    <w:rsid w:val="00152C2B"/>
    <w:rsid w:val="0015309C"/>
    <w:rsid w:val="00157278"/>
    <w:rsid w:val="00166126"/>
    <w:rsid w:val="001752FC"/>
    <w:rsid w:val="001808D1"/>
    <w:rsid w:val="00183DB9"/>
    <w:rsid w:val="00184691"/>
    <w:rsid w:val="00191713"/>
    <w:rsid w:val="001A08C8"/>
    <w:rsid w:val="001A1BF4"/>
    <w:rsid w:val="001B0574"/>
    <w:rsid w:val="001B3EC9"/>
    <w:rsid w:val="001B716C"/>
    <w:rsid w:val="001C7403"/>
    <w:rsid w:val="001D31F5"/>
    <w:rsid w:val="001E3A44"/>
    <w:rsid w:val="001E4B71"/>
    <w:rsid w:val="001F4A63"/>
    <w:rsid w:val="00205789"/>
    <w:rsid w:val="00220A89"/>
    <w:rsid w:val="00220AEA"/>
    <w:rsid w:val="00223B38"/>
    <w:rsid w:val="002349AF"/>
    <w:rsid w:val="00242A23"/>
    <w:rsid w:val="00246467"/>
    <w:rsid w:val="00247699"/>
    <w:rsid w:val="002519EB"/>
    <w:rsid w:val="00252FE7"/>
    <w:rsid w:val="00253EA3"/>
    <w:rsid w:val="00255E32"/>
    <w:rsid w:val="00283559"/>
    <w:rsid w:val="00290623"/>
    <w:rsid w:val="0029639D"/>
    <w:rsid w:val="00296FC6"/>
    <w:rsid w:val="002A18D8"/>
    <w:rsid w:val="002A23F2"/>
    <w:rsid w:val="002A5282"/>
    <w:rsid w:val="002A7138"/>
    <w:rsid w:val="002B29AB"/>
    <w:rsid w:val="002B3CB5"/>
    <w:rsid w:val="002B421F"/>
    <w:rsid w:val="002B5DC3"/>
    <w:rsid w:val="00311D8E"/>
    <w:rsid w:val="0031389B"/>
    <w:rsid w:val="00313CFF"/>
    <w:rsid w:val="00323C9E"/>
    <w:rsid w:val="003257A0"/>
    <w:rsid w:val="00326DA4"/>
    <w:rsid w:val="00326F90"/>
    <w:rsid w:val="00340131"/>
    <w:rsid w:val="003420EF"/>
    <w:rsid w:val="00355E36"/>
    <w:rsid w:val="00356344"/>
    <w:rsid w:val="00373F47"/>
    <w:rsid w:val="00377337"/>
    <w:rsid w:val="00380D5F"/>
    <w:rsid w:val="00385CFE"/>
    <w:rsid w:val="003940DF"/>
    <w:rsid w:val="003A03B3"/>
    <w:rsid w:val="003A3BE0"/>
    <w:rsid w:val="003A6800"/>
    <w:rsid w:val="003B34C9"/>
    <w:rsid w:val="003B5176"/>
    <w:rsid w:val="003C099B"/>
    <w:rsid w:val="003C0B02"/>
    <w:rsid w:val="003C794D"/>
    <w:rsid w:val="003D2C00"/>
    <w:rsid w:val="003D3B64"/>
    <w:rsid w:val="003D6F1D"/>
    <w:rsid w:val="003D70E3"/>
    <w:rsid w:val="003D7D18"/>
    <w:rsid w:val="003E0CCE"/>
    <w:rsid w:val="003E1992"/>
    <w:rsid w:val="003E3671"/>
    <w:rsid w:val="003F409D"/>
    <w:rsid w:val="003F7CCF"/>
    <w:rsid w:val="00401342"/>
    <w:rsid w:val="00401D3D"/>
    <w:rsid w:val="00402D4A"/>
    <w:rsid w:val="0040473E"/>
    <w:rsid w:val="004141B3"/>
    <w:rsid w:val="00416E88"/>
    <w:rsid w:val="00417838"/>
    <w:rsid w:val="004301A8"/>
    <w:rsid w:val="00431D37"/>
    <w:rsid w:val="0043476F"/>
    <w:rsid w:val="00446391"/>
    <w:rsid w:val="00451604"/>
    <w:rsid w:val="004538F7"/>
    <w:rsid w:val="00460832"/>
    <w:rsid w:val="00471064"/>
    <w:rsid w:val="004748E7"/>
    <w:rsid w:val="004912A2"/>
    <w:rsid w:val="004934B4"/>
    <w:rsid w:val="004A170E"/>
    <w:rsid w:val="004B1614"/>
    <w:rsid w:val="004B2D3A"/>
    <w:rsid w:val="004B3EBF"/>
    <w:rsid w:val="004D2496"/>
    <w:rsid w:val="004D3151"/>
    <w:rsid w:val="004D40B0"/>
    <w:rsid w:val="004E125E"/>
    <w:rsid w:val="004E194E"/>
    <w:rsid w:val="004F29FB"/>
    <w:rsid w:val="004F5925"/>
    <w:rsid w:val="0050205A"/>
    <w:rsid w:val="00522142"/>
    <w:rsid w:val="00527D5F"/>
    <w:rsid w:val="00531629"/>
    <w:rsid w:val="0053583C"/>
    <w:rsid w:val="00537441"/>
    <w:rsid w:val="00540850"/>
    <w:rsid w:val="00547103"/>
    <w:rsid w:val="00566D34"/>
    <w:rsid w:val="005824B1"/>
    <w:rsid w:val="00587DC0"/>
    <w:rsid w:val="005945EC"/>
    <w:rsid w:val="00595659"/>
    <w:rsid w:val="005A3090"/>
    <w:rsid w:val="005B6A99"/>
    <w:rsid w:val="005C039C"/>
    <w:rsid w:val="005D2496"/>
    <w:rsid w:val="005D556D"/>
    <w:rsid w:val="005D6EFF"/>
    <w:rsid w:val="005E376C"/>
    <w:rsid w:val="005E3E8C"/>
    <w:rsid w:val="005E51D8"/>
    <w:rsid w:val="005F4BA4"/>
    <w:rsid w:val="0060388A"/>
    <w:rsid w:val="0060398C"/>
    <w:rsid w:val="00606A0E"/>
    <w:rsid w:val="00607778"/>
    <w:rsid w:val="00615688"/>
    <w:rsid w:val="0062055D"/>
    <w:rsid w:val="006271F0"/>
    <w:rsid w:val="0063114C"/>
    <w:rsid w:val="00637AA3"/>
    <w:rsid w:val="006446A9"/>
    <w:rsid w:val="00656EDD"/>
    <w:rsid w:val="0066183B"/>
    <w:rsid w:val="00664B4E"/>
    <w:rsid w:val="006658D5"/>
    <w:rsid w:val="0067070F"/>
    <w:rsid w:val="006713FA"/>
    <w:rsid w:val="00675143"/>
    <w:rsid w:val="006779BB"/>
    <w:rsid w:val="00681F80"/>
    <w:rsid w:val="00682C69"/>
    <w:rsid w:val="006845B4"/>
    <w:rsid w:val="006853BC"/>
    <w:rsid w:val="0069436A"/>
    <w:rsid w:val="00696243"/>
    <w:rsid w:val="006B79F2"/>
    <w:rsid w:val="006C1F57"/>
    <w:rsid w:val="006C2ECF"/>
    <w:rsid w:val="006D3B3F"/>
    <w:rsid w:val="006E15FD"/>
    <w:rsid w:val="006E270F"/>
    <w:rsid w:val="006E5BBC"/>
    <w:rsid w:val="006F0A87"/>
    <w:rsid w:val="00704CC5"/>
    <w:rsid w:val="007146F1"/>
    <w:rsid w:val="0071496E"/>
    <w:rsid w:val="007207C0"/>
    <w:rsid w:val="00726E0D"/>
    <w:rsid w:val="007337A0"/>
    <w:rsid w:val="00743917"/>
    <w:rsid w:val="00751939"/>
    <w:rsid w:val="00760074"/>
    <w:rsid w:val="00771655"/>
    <w:rsid w:val="00771C80"/>
    <w:rsid w:val="007732CA"/>
    <w:rsid w:val="0079170C"/>
    <w:rsid w:val="00793283"/>
    <w:rsid w:val="007A0AE3"/>
    <w:rsid w:val="007A1893"/>
    <w:rsid w:val="007A2164"/>
    <w:rsid w:val="007A65E1"/>
    <w:rsid w:val="007B0B43"/>
    <w:rsid w:val="007C1D8A"/>
    <w:rsid w:val="007C796B"/>
    <w:rsid w:val="007F0889"/>
    <w:rsid w:val="008014C1"/>
    <w:rsid w:val="008031DF"/>
    <w:rsid w:val="0082155C"/>
    <w:rsid w:val="0083569E"/>
    <w:rsid w:val="00840DB5"/>
    <w:rsid w:val="00853AC1"/>
    <w:rsid w:val="008564F3"/>
    <w:rsid w:val="00871842"/>
    <w:rsid w:val="0087412A"/>
    <w:rsid w:val="00876DC8"/>
    <w:rsid w:val="008956A2"/>
    <w:rsid w:val="008B4A01"/>
    <w:rsid w:val="008C4B0B"/>
    <w:rsid w:val="008C6315"/>
    <w:rsid w:val="008C7A9D"/>
    <w:rsid w:val="008D3C19"/>
    <w:rsid w:val="008D473D"/>
    <w:rsid w:val="008D617E"/>
    <w:rsid w:val="008D7B58"/>
    <w:rsid w:val="008E7D78"/>
    <w:rsid w:val="008F5CBD"/>
    <w:rsid w:val="009213E3"/>
    <w:rsid w:val="00923A04"/>
    <w:rsid w:val="00933251"/>
    <w:rsid w:val="00940C86"/>
    <w:rsid w:val="00950123"/>
    <w:rsid w:val="00952466"/>
    <w:rsid w:val="009544EE"/>
    <w:rsid w:val="00955952"/>
    <w:rsid w:val="00966C0E"/>
    <w:rsid w:val="0097299D"/>
    <w:rsid w:val="00980005"/>
    <w:rsid w:val="00982CB1"/>
    <w:rsid w:val="009960F7"/>
    <w:rsid w:val="00997F47"/>
    <w:rsid w:val="009A2129"/>
    <w:rsid w:val="009A67C7"/>
    <w:rsid w:val="009C32D1"/>
    <w:rsid w:val="009D0409"/>
    <w:rsid w:val="009E0702"/>
    <w:rsid w:val="009F1680"/>
    <w:rsid w:val="009F4542"/>
    <w:rsid w:val="00A01B54"/>
    <w:rsid w:val="00A26C29"/>
    <w:rsid w:val="00A30DE1"/>
    <w:rsid w:val="00A336ED"/>
    <w:rsid w:val="00A4103C"/>
    <w:rsid w:val="00A43973"/>
    <w:rsid w:val="00A44E58"/>
    <w:rsid w:val="00A47E2B"/>
    <w:rsid w:val="00A51986"/>
    <w:rsid w:val="00A60208"/>
    <w:rsid w:val="00A67945"/>
    <w:rsid w:val="00A6796D"/>
    <w:rsid w:val="00A737BE"/>
    <w:rsid w:val="00A804D4"/>
    <w:rsid w:val="00A90B22"/>
    <w:rsid w:val="00A92DBB"/>
    <w:rsid w:val="00AA07F4"/>
    <w:rsid w:val="00AA18C4"/>
    <w:rsid w:val="00AA1D8D"/>
    <w:rsid w:val="00AA50DA"/>
    <w:rsid w:val="00AA7298"/>
    <w:rsid w:val="00AB068F"/>
    <w:rsid w:val="00AC44FB"/>
    <w:rsid w:val="00AE253B"/>
    <w:rsid w:val="00AE4762"/>
    <w:rsid w:val="00AE6BEA"/>
    <w:rsid w:val="00AF0D7C"/>
    <w:rsid w:val="00AF5DBE"/>
    <w:rsid w:val="00B03B7E"/>
    <w:rsid w:val="00B071F3"/>
    <w:rsid w:val="00B13382"/>
    <w:rsid w:val="00B219FB"/>
    <w:rsid w:val="00B24432"/>
    <w:rsid w:val="00B24558"/>
    <w:rsid w:val="00B26174"/>
    <w:rsid w:val="00B300CC"/>
    <w:rsid w:val="00B4027F"/>
    <w:rsid w:val="00B47730"/>
    <w:rsid w:val="00B55F54"/>
    <w:rsid w:val="00B60B1C"/>
    <w:rsid w:val="00B659E8"/>
    <w:rsid w:val="00B67384"/>
    <w:rsid w:val="00B7480F"/>
    <w:rsid w:val="00B8008A"/>
    <w:rsid w:val="00B800EF"/>
    <w:rsid w:val="00B86D6A"/>
    <w:rsid w:val="00B9323A"/>
    <w:rsid w:val="00B936CC"/>
    <w:rsid w:val="00BA0159"/>
    <w:rsid w:val="00BA5073"/>
    <w:rsid w:val="00BB121E"/>
    <w:rsid w:val="00BB4E79"/>
    <w:rsid w:val="00BD09D2"/>
    <w:rsid w:val="00BD3A78"/>
    <w:rsid w:val="00BE736A"/>
    <w:rsid w:val="00BE74B1"/>
    <w:rsid w:val="00BF32F8"/>
    <w:rsid w:val="00BF33A8"/>
    <w:rsid w:val="00BF6BD3"/>
    <w:rsid w:val="00C10E2D"/>
    <w:rsid w:val="00C1380B"/>
    <w:rsid w:val="00C17F57"/>
    <w:rsid w:val="00C30756"/>
    <w:rsid w:val="00C336A6"/>
    <w:rsid w:val="00C359A4"/>
    <w:rsid w:val="00C40800"/>
    <w:rsid w:val="00C42991"/>
    <w:rsid w:val="00C44839"/>
    <w:rsid w:val="00C46BEB"/>
    <w:rsid w:val="00C47623"/>
    <w:rsid w:val="00C50DAF"/>
    <w:rsid w:val="00C55EF4"/>
    <w:rsid w:val="00C67CAB"/>
    <w:rsid w:val="00C8349E"/>
    <w:rsid w:val="00C85404"/>
    <w:rsid w:val="00C920AE"/>
    <w:rsid w:val="00C93344"/>
    <w:rsid w:val="00CA2C68"/>
    <w:rsid w:val="00CA6904"/>
    <w:rsid w:val="00CB0664"/>
    <w:rsid w:val="00CC4B48"/>
    <w:rsid w:val="00CD0686"/>
    <w:rsid w:val="00CD127F"/>
    <w:rsid w:val="00CD317F"/>
    <w:rsid w:val="00CF3801"/>
    <w:rsid w:val="00CF54F0"/>
    <w:rsid w:val="00CF75EC"/>
    <w:rsid w:val="00D01515"/>
    <w:rsid w:val="00D03078"/>
    <w:rsid w:val="00D10DEC"/>
    <w:rsid w:val="00D14540"/>
    <w:rsid w:val="00D25813"/>
    <w:rsid w:val="00D472D5"/>
    <w:rsid w:val="00D5333D"/>
    <w:rsid w:val="00D62365"/>
    <w:rsid w:val="00D63CAF"/>
    <w:rsid w:val="00D6523F"/>
    <w:rsid w:val="00D72560"/>
    <w:rsid w:val="00D768FA"/>
    <w:rsid w:val="00D863D3"/>
    <w:rsid w:val="00DA2950"/>
    <w:rsid w:val="00DA43E6"/>
    <w:rsid w:val="00DB3281"/>
    <w:rsid w:val="00DB6784"/>
    <w:rsid w:val="00DD27BA"/>
    <w:rsid w:val="00DD5EEF"/>
    <w:rsid w:val="00DF1BFC"/>
    <w:rsid w:val="00DF246A"/>
    <w:rsid w:val="00DF4600"/>
    <w:rsid w:val="00DF7D5A"/>
    <w:rsid w:val="00E007A2"/>
    <w:rsid w:val="00E00B8C"/>
    <w:rsid w:val="00E0217B"/>
    <w:rsid w:val="00E333A7"/>
    <w:rsid w:val="00E40800"/>
    <w:rsid w:val="00E42114"/>
    <w:rsid w:val="00E42131"/>
    <w:rsid w:val="00E60E25"/>
    <w:rsid w:val="00E83D69"/>
    <w:rsid w:val="00E846CA"/>
    <w:rsid w:val="00EA0CB7"/>
    <w:rsid w:val="00EA463A"/>
    <w:rsid w:val="00EA766A"/>
    <w:rsid w:val="00EC42FC"/>
    <w:rsid w:val="00EC7F31"/>
    <w:rsid w:val="00ED62F2"/>
    <w:rsid w:val="00EE1BB0"/>
    <w:rsid w:val="00EF260E"/>
    <w:rsid w:val="00EF72E9"/>
    <w:rsid w:val="00F1189E"/>
    <w:rsid w:val="00F140FF"/>
    <w:rsid w:val="00F2002D"/>
    <w:rsid w:val="00F20112"/>
    <w:rsid w:val="00F43406"/>
    <w:rsid w:val="00F4642D"/>
    <w:rsid w:val="00F51094"/>
    <w:rsid w:val="00F72AEC"/>
    <w:rsid w:val="00F745FB"/>
    <w:rsid w:val="00F804E5"/>
    <w:rsid w:val="00F943ED"/>
    <w:rsid w:val="00FA09E3"/>
    <w:rsid w:val="00FA6941"/>
    <w:rsid w:val="00FB2222"/>
    <w:rsid w:val="00FB3F85"/>
    <w:rsid w:val="00FC693F"/>
    <w:rsid w:val="00FD5DB3"/>
    <w:rsid w:val="00FD6784"/>
    <w:rsid w:val="00FE2963"/>
    <w:rsid w:val="00FE42B6"/>
    <w:rsid w:val="00FE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1DE708"/>
  <w14:defaultImageDpi w14:val="300"/>
  <w15:docId w15:val="{2576846E-4C87-4FEE-8F64-820B023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3F"/>
  </w:style>
  <w:style w:type="paragraph" w:styleId="1">
    <w:name w:val="heading 1"/>
    <w:basedOn w:val="a"/>
    <w:next w:val="a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E618BF"/>
  </w:style>
  <w:style w:type="paragraph" w:styleId="a4">
    <w:name w:val="footer"/>
    <w:basedOn w:val="a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E618BF"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0"/>
    <w:link w:val="a6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0"/>
    <w:link w:val="a7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FC693F"/>
    <w:pPr>
      <w:ind w:left="720"/>
      <w:contextualSpacing/>
    </w:pPr>
  </w:style>
  <w:style w:type="paragraph" w:styleId="a9">
    <w:name w:val="Body Text"/>
    <w:basedOn w:val="a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0"/>
    <w:link w:val="a9"/>
    <w:uiPriority w:val="99"/>
    <w:rsid w:val="00AA1D8D"/>
  </w:style>
  <w:style w:type="paragraph" w:styleId="20">
    <w:name w:val="Body Text 2"/>
    <w:basedOn w:val="a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0"/>
    <w:link w:val="20"/>
    <w:uiPriority w:val="99"/>
    <w:rsid w:val="00AA1D8D"/>
  </w:style>
  <w:style w:type="paragraph" w:styleId="30">
    <w:name w:val="Body Text 3"/>
    <w:basedOn w:val="a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0"/>
    <w:link w:val="30"/>
    <w:uiPriority w:val="99"/>
    <w:rsid w:val="00AA1D8D"/>
    <w:rPr>
      <w:sz w:val="16"/>
      <w:szCs w:val="16"/>
    </w:rPr>
  </w:style>
  <w:style w:type="paragraph" w:styleId="aa">
    <w:name w:val="List"/>
    <w:basedOn w:val="a"/>
    <w:uiPriority w:val="99"/>
    <w:unhideWhenUsed/>
    <w:rsid w:val="00AA1D8D"/>
    <w:pPr>
      <w:ind w:left="360" w:hanging="360"/>
      <w:contextualSpacing/>
    </w:pPr>
  </w:style>
  <w:style w:type="paragraph" w:styleId="21">
    <w:name w:val="List 2"/>
    <w:basedOn w:val="a"/>
    <w:uiPriority w:val="99"/>
    <w:unhideWhenUsed/>
    <w:rsid w:val="00326F90"/>
    <w:pPr>
      <w:ind w:left="720" w:hanging="360"/>
      <w:contextualSpacing/>
    </w:pPr>
  </w:style>
  <w:style w:type="paragraph" w:styleId="31">
    <w:name w:val="List 3"/>
    <w:basedOn w:val="a"/>
    <w:uiPriority w:val="99"/>
    <w:unhideWhenUsed/>
    <w:rsid w:val="00326F90"/>
    <w:pPr>
      <w:ind w:left="1080" w:hanging="360"/>
      <w:contextualSpacing/>
    </w:pPr>
  </w:style>
  <w:style w:type="paragraph" w:styleId="ab">
    <w:name w:val="List Bullet"/>
    <w:basedOn w:val="a"/>
    <w:uiPriority w:val="99"/>
    <w:unhideWhenUsed/>
    <w:rsid w:val="00326F90"/>
    <w:pPr>
      <w:contextualSpacing/>
    </w:pPr>
  </w:style>
  <w:style w:type="paragraph" w:styleId="22">
    <w:name w:val="List Bullet 2"/>
    <w:basedOn w:val="a"/>
    <w:uiPriority w:val="99"/>
    <w:unhideWhenUsed/>
    <w:rsid w:val="00326F90"/>
    <w:pPr>
      <w:contextualSpacing/>
    </w:pPr>
  </w:style>
  <w:style w:type="paragraph" w:styleId="32">
    <w:name w:val="List Bullet 3"/>
    <w:basedOn w:val="a"/>
    <w:uiPriority w:val="99"/>
    <w:unhideWhenUsed/>
    <w:rsid w:val="00326F90"/>
    <w:pPr>
      <w:contextualSpacing/>
    </w:pPr>
  </w:style>
  <w:style w:type="paragraph" w:styleId="ac">
    <w:name w:val="List Number"/>
    <w:basedOn w:val="a"/>
    <w:uiPriority w:val="99"/>
    <w:unhideWhenUsed/>
    <w:rsid w:val="00326F90"/>
    <w:pPr>
      <w:contextualSpacing/>
    </w:pPr>
  </w:style>
  <w:style w:type="paragraph" w:styleId="23">
    <w:name w:val="List Number 2"/>
    <w:basedOn w:val="a"/>
    <w:uiPriority w:val="99"/>
    <w:unhideWhenUsed/>
    <w:rsid w:val="0029639D"/>
    <w:pPr>
      <w:contextualSpacing/>
    </w:pPr>
  </w:style>
  <w:style w:type="paragraph" w:styleId="33">
    <w:name w:val="List Number 3"/>
    <w:basedOn w:val="a"/>
    <w:uiPriority w:val="99"/>
    <w:unhideWhenUsed/>
    <w:rsid w:val="0029639D"/>
    <w:pPr>
      <w:contextualSpacing/>
    </w:pPr>
  </w:style>
  <w:style w:type="paragraph" w:styleId="ad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0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"/>
    <w:next w:val="a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0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0"/>
    <w:uiPriority w:val="22"/>
    <w:qFormat/>
    <w:rsid w:val="00FC693F"/>
    <w:rPr>
      <w:b/>
      <w:bCs/>
    </w:rPr>
  </w:style>
  <w:style w:type="character" w:styleId="af2">
    <w:name w:val="Emphasis"/>
    <w:basedOn w:val="a0"/>
    <w:uiPriority w:val="20"/>
    <w:qFormat/>
    <w:rsid w:val="00FC693F"/>
    <w:rPr>
      <w:i/>
      <w:iCs/>
    </w:rPr>
  </w:style>
  <w:style w:type="paragraph" w:styleId="af3">
    <w:name w:val="Intense Quote"/>
    <w:basedOn w:val="a"/>
    <w:next w:val="a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0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0"/>
    <w:uiPriority w:val="99"/>
    <w:unhideWhenUsed/>
    <w:rsid w:val="008D7B5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8D7B58"/>
    <w:rPr>
      <w:color w:val="605E5C"/>
      <w:shd w:val="clear" w:color="auto" w:fill="E1DFDD"/>
    </w:rPr>
  </w:style>
  <w:style w:type="paragraph" w:styleId="aff3">
    <w:name w:val="Normal (Web)"/>
    <w:basedOn w:val="a"/>
    <w:uiPriority w:val="99"/>
    <w:unhideWhenUsed/>
    <w:rsid w:val="00A51986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169AF482C4D9B3386DB1A6523D7" ma:contentTypeVersion="7" ma:contentTypeDescription="새 문서를 만듭니다." ma:contentTypeScope="" ma:versionID="934c0ffe9cf2ed48e2a3702f32e9fb72">
  <xsd:schema xmlns:xsd="http://www.w3.org/2001/XMLSchema" xmlns:xs="http://www.w3.org/2001/XMLSchema" xmlns:p="http://schemas.microsoft.com/office/2006/metadata/properties" xmlns:ns1="http://schemas.microsoft.com/sharepoint/v3" xmlns:ns3="e17ce7c3-fa21-41a5-8883-13fe00982016" targetNamespace="http://schemas.microsoft.com/office/2006/metadata/properties" ma:root="true" ma:fieldsID="1e3f7fd84393e912117f895f0429d1bd" ns1:_="" ns3:_="">
    <xsd:import namespace="http://schemas.microsoft.com/sharepoint/v3"/>
    <xsd:import namespace="e17ce7c3-fa21-41a5-8883-13fe0098201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통합 준수 정책 속성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통합 준수 정책 UI 작업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ce7c3-fa21-41a5-8883-13fe0098201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e17ce7c3-fa21-41a5-8883-13fe009820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DFB1A-07BF-40E2-9E23-0DBB0C04B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7ce7c3-fa21-41a5-8883-13fe00982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CF6D2-17EE-4606-BCE8-1133E2DDCB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7ce7c3-fa21-41a5-8883-13fe00982016"/>
  </ds:schemaRefs>
</ds:datastoreItem>
</file>

<file path=customXml/itemProps3.xml><?xml version="1.0" encoding="utf-8"?>
<ds:datastoreItem xmlns:ds="http://schemas.openxmlformats.org/officeDocument/2006/customXml" ds:itemID="{64D22A8F-BCDA-45FC-A934-F4B57F324D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415</Words>
  <Characters>2370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최현빈</cp:lastModifiedBy>
  <cp:revision>3</cp:revision>
  <dcterms:created xsi:type="dcterms:W3CDTF">2026-10-20T01:47:00Z</dcterms:created>
  <dcterms:modified xsi:type="dcterms:W3CDTF">2026-10-27T13:28:00Z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0x010100F90F9169AF482C4D9B3386DB1A6523D7</vt:lpwstr>
  </property>
  <property fmtid="{D5CDD505-2E9C-101B-9397-08002B2CF9AE}" pid="3" name="MediaServiceImageTags">
    <vt:lpwstr/>
  </property>
</Properties>
</file>